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5E22" w14:textId="057A4ADC" w:rsidR="006911A6" w:rsidRDefault="00000000">
      <w:pPr>
        <w:pStyle w:val="Titel"/>
      </w:pPr>
      <w:proofErr w:type="spellStart"/>
      <w:r>
        <w:t>Preventiebeleid</w:t>
      </w:r>
      <w:proofErr w:type="spellEnd"/>
      <w:r w:rsidR="00923A72">
        <w:t xml:space="preserve"> </w:t>
      </w:r>
    </w:p>
    <w:p w14:paraId="19E0F820" w14:textId="77777777" w:rsidR="006911A6" w:rsidRDefault="00000000">
      <w:pPr>
        <w:pStyle w:val="Kop1"/>
      </w:pPr>
      <w:r>
        <w:t>De Oude Stal</w:t>
      </w:r>
      <w:r>
        <w:br/>
      </w:r>
      <w:proofErr w:type="spellStart"/>
      <w:r>
        <w:t>Stichting</w:t>
      </w:r>
      <w:proofErr w:type="spellEnd"/>
      <w:r>
        <w:t xml:space="preserve"> Protestants </w:t>
      </w:r>
      <w:proofErr w:type="spellStart"/>
      <w:r>
        <w:t>Jeugdwerk</w:t>
      </w:r>
      <w:proofErr w:type="spellEnd"/>
      <w:r>
        <w:t xml:space="preserve"> </w:t>
      </w:r>
      <w:proofErr w:type="spellStart"/>
      <w:r>
        <w:t>Vijfhuizen</w:t>
      </w:r>
      <w:proofErr w:type="spellEnd"/>
    </w:p>
    <w:p w14:paraId="669B98D2" w14:textId="601563FB" w:rsidR="006911A6" w:rsidRDefault="00000000">
      <w:r>
        <w:rPr>
          <w:sz w:val="18"/>
        </w:rPr>
        <w:t xml:space="preserve">Versie 1.1 • </w:t>
      </w:r>
      <w:proofErr w:type="spellStart"/>
      <w:r>
        <w:rPr>
          <w:sz w:val="18"/>
        </w:rPr>
        <w:t>Vastgesteld</w:t>
      </w:r>
      <w:proofErr w:type="spellEnd"/>
      <w:r>
        <w:rPr>
          <w:sz w:val="18"/>
        </w:rPr>
        <w:t xml:space="preserve"> door het </w:t>
      </w:r>
      <w:proofErr w:type="spellStart"/>
      <w:r>
        <w:rPr>
          <w:sz w:val="18"/>
        </w:rPr>
        <w:t>bestuur</w:t>
      </w:r>
      <w:proofErr w:type="spellEnd"/>
      <w:r>
        <w:rPr>
          <w:sz w:val="18"/>
        </w:rPr>
        <w:t xml:space="preserve"> op: </w:t>
      </w:r>
      <w:r w:rsidR="002F1686">
        <w:rPr>
          <w:sz w:val="18"/>
        </w:rPr>
        <w:t>14-10-2026</w:t>
      </w:r>
    </w:p>
    <w:p w14:paraId="7A42AF24" w14:textId="77777777" w:rsidR="006911A6" w:rsidRDefault="00000000">
      <w:pPr>
        <w:keepLines/>
      </w:pPr>
      <w:proofErr w:type="spellStart"/>
      <w:r>
        <w:t>Wij</w:t>
      </w:r>
      <w:proofErr w:type="spellEnd"/>
      <w:r>
        <w:t xml:space="preserve"> </w:t>
      </w:r>
      <w:proofErr w:type="spellStart"/>
      <w:r>
        <w:t>willen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kinderen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jongeren</w:t>
      </w:r>
      <w:proofErr w:type="spellEnd"/>
      <w:r>
        <w:t xml:space="preserve"> met </w:t>
      </w:r>
      <w:proofErr w:type="spellStart"/>
      <w:r>
        <w:t>plezier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in </w:t>
      </w:r>
      <w:proofErr w:type="spellStart"/>
      <w:r>
        <w:t>veiligheid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deelnemen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ons</w:t>
      </w:r>
      <w:proofErr w:type="spellEnd"/>
      <w:r>
        <w:t xml:space="preserve"> </w:t>
      </w:r>
      <w:proofErr w:type="spellStart"/>
      <w:r>
        <w:t>jeugdwerk</w:t>
      </w:r>
      <w:proofErr w:type="spellEnd"/>
      <w:r>
        <w:t xml:space="preserve">. Dit </w:t>
      </w:r>
      <w:proofErr w:type="spellStart"/>
      <w:r>
        <w:t>beleid</w:t>
      </w:r>
      <w:proofErr w:type="spellEnd"/>
      <w:r>
        <w:t xml:space="preserve"> </w:t>
      </w:r>
      <w:proofErr w:type="spellStart"/>
      <w:r>
        <w:t>beschrijft</w:t>
      </w:r>
      <w:proofErr w:type="spellEnd"/>
      <w:r>
        <w:t xml:space="preserve"> hoe </w:t>
      </w:r>
      <w:proofErr w:type="spellStart"/>
      <w:r>
        <w:t>wij</w:t>
      </w:r>
      <w:proofErr w:type="spellEnd"/>
      <w:r>
        <w:t xml:space="preserve"> </w:t>
      </w:r>
      <w:proofErr w:type="spellStart"/>
      <w:r>
        <w:t>grensoverschrijdend</w:t>
      </w:r>
      <w:proofErr w:type="spellEnd"/>
      <w:r>
        <w:t xml:space="preserve"> </w:t>
      </w:r>
      <w:proofErr w:type="spellStart"/>
      <w:r>
        <w:t>gedrag</w:t>
      </w:r>
      <w:proofErr w:type="spellEnd"/>
      <w:r>
        <w:t xml:space="preserve"> </w:t>
      </w:r>
      <w:proofErr w:type="spellStart"/>
      <w:r>
        <w:t>voorkomen</w:t>
      </w:r>
      <w:proofErr w:type="spellEnd"/>
      <w:r>
        <w:t xml:space="preserve">, hoe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toegelaten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waar</w:t>
      </w:r>
      <w:proofErr w:type="spellEnd"/>
      <w:r>
        <w:t xml:space="preserve"> </w:t>
      </w:r>
      <w:proofErr w:type="spellStart"/>
      <w:r>
        <w:t>deelnemers</w:t>
      </w:r>
      <w:proofErr w:type="spellEnd"/>
      <w:r>
        <w:t xml:space="preserve">,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terechtkunnen</w:t>
      </w:r>
      <w:proofErr w:type="spellEnd"/>
      <w:r>
        <w:t xml:space="preserve"> met </w:t>
      </w:r>
      <w:proofErr w:type="spellStart"/>
      <w:r>
        <w:t>vragen</w:t>
      </w:r>
      <w:proofErr w:type="spellEnd"/>
      <w:r>
        <w:t xml:space="preserve"> of </w:t>
      </w:r>
      <w:proofErr w:type="spellStart"/>
      <w:r>
        <w:t>meldingen</w:t>
      </w:r>
      <w:proofErr w:type="spellEnd"/>
      <w:r>
        <w:t xml:space="preserve">. De </w:t>
      </w:r>
      <w:proofErr w:type="spellStart"/>
      <w:r>
        <w:t>afzonderlijke</w:t>
      </w:r>
      <w:proofErr w:type="spellEnd"/>
      <w:r>
        <w:t xml:space="preserve"> </w:t>
      </w:r>
      <w:proofErr w:type="spellStart"/>
      <w:r>
        <w:t>Gedragscode</w:t>
      </w:r>
      <w:proofErr w:type="spellEnd"/>
      <w:r>
        <w:t xml:space="preserve"> van De Oude Stal </w:t>
      </w:r>
      <w:proofErr w:type="spellStart"/>
      <w:r>
        <w:t>maakt</w:t>
      </w:r>
      <w:proofErr w:type="spellEnd"/>
      <w:r>
        <w:t xml:space="preserve"> </w:t>
      </w:r>
      <w:proofErr w:type="spellStart"/>
      <w:r>
        <w:t>deel</w:t>
      </w:r>
      <w:proofErr w:type="spellEnd"/>
      <w:r>
        <w:t xml:space="preserve"> </w:t>
      </w:r>
      <w:proofErr w:type="spellStart"/>
      <w:r>
        <w:t>uit</w:t>
      </w:r>
      <w:proofErr w:type="spellEnd"/>
      <w:r>
        <w:t xml:space="preserve"> van </w:t>
      </w:r>
      <w:proofErr w:type="spellStart"/>
      <w:r>
        <w:t>dit</w:t>
      </w:r>
      <w:proofErr w:type="spellEnd"/>
      <w:r>
        <w:t xml:space="preserve"> </w:t>
      </w:r>
      <w:proofErr w:type="spellStart"/>
      <w:r>
        <w:t>beleid</w:t>
      </w:r>
      <w:proofErr w:type="spellEnd"/>
      <w:r>
        <w:t>.</w:t>
      </w:r>
    </w:p>
    <w:p w14:paraId="6B45E5C5" w14:textId="77777777" w:rsidR="006911A6" w:rsidRDefault="00000000">
      <w:pPr>
        <w:pStyle w:val="Kop2"/>
      </w:pPr>
      <w:r>
        <w:t xml:space="preserve">1 Doel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toepassingsgebied</w:t>
      </w:r>
      <w:proofErr w:type="spellEnd"/>
    </w:p>
    <w:p w14:paraId="738CB3C5" w14:textId="77777777" w:rsidR="006911A6" w:rsidRDefault="00000000">
      <w:pPr>
        <w:keepLines/>
      </w:pPr>
      <w:proofErr w:type="spellStart"/>
      <w:r>
        <w:t>Wij</w:t>
      </w:r>
      <w:proofErr w:type="spellEnd"/>
      <w:r>
        <w:t xml:space="preserve"> </w:t>
      </w:r>
      <w:proofErr w:type="spellStart"/>
      <w:r>
        <w:t>voorkomen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bestrijden</w:t>
      </w:r>
      <w:proofErr w:type="spellEnd"/>
      <w:r>
        <w:t xml:space="preserve"> </w:t>
      </w:r>
      <w:proofErr w:type="spellStart"/>
      <w:r>
        <w:t>seksueel</w:t>
      </w:r>
      <w:proofErr w:type="spellEnd"/>
      <w:r>
        <w:t xml:space="preserve"> </w:t>
      </w:r>
      <w:proofErr w:type="spellStart"/>
      <w:r>
        <w:t>grensoverschrijdend</w:t>
      </w:r>
      <w:proofErr w:type="spellEnd"/>
      <w:r>
        <w:t xml:space="preserve"> </w:t>
      </w:r>
      <w:proofErr w:type="spellStart"/>
      <w:r>
        <w:t>gedrag</w:t>
      </w:r>
      <w:proofErr w:type="spellEnd"/>
      <w:r>
        <w:t xml:space="preserve">, </w:t>
      </w:r>
      <w:proofErr w:type="spellStart"/>
      <w:r>
        <w:t>pesten</w:t>
      </w:r>
      <w:proofErr w:type="spellEnd"/>
      <w:r>
        <w:t xml:space="preserve">, </w:t>
      </w:r>
      <w:proofErr w:type="spellStart"/>
      <w:r>
        <w:t>discriminatie</w:t>
      </w:r>
      <w:proofErr w:type="spellEnd"/>
      <w:r>
        <w:t xml:space="preserve">, </w:t>
      </w:r>
      <w:proofErr w:type="spellStart"/>
      <w:r>
        <w:t>geweld</w:t>
      </w:r>
      <w:proofErr w:type="spellEnd"/>
      <w:r>
        <w:t xml:space="preserve">, </w:t>
      </w:r>
      <w:proofErr w:type="spellStart"/>
      <w:r>
        <w:t>intimidatie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misbruik</w:t>
      </w:r>
      <w:proofErr w:type="spellEnd"/>
      <w:r>
        <w:t xml:space="preserve"> van </w:t>
      </w:r>
      <w:proofErr w:type="spellStart"/>
      <w:r>
        <w:t>macht</w:t>
      </w:r>
      <w:proofErr w:type="spellEnd"/>
      <w:r>
        <w:t xml:space="preserve"> of </w:t>
      </w:r>
      <w:proofErr w:type="spellStart"/>
      <w:r>
        <w:t>vertrouwen</w:t>
      </w:r>
      <w:proofErr w:type="spellEnd"/>
      <w:r>
        <w:t xml:space="preserve">. Dit </w:t>
      </w:r>
      <w:proofErr w:type="spellStart"/>
      <w:r>
        <w:t>beleid</w:t>
      </w:r>
      <w:proofErr w:type="spellEnd"/>
      <w:r>
        <w:t xml:space="preserve"> </w:t>
      </w:r>
      <w:proofErr w:type="spellStart"/>
      <w:r>
        <w:t>geldt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bestuursleden</w:t>
      </w:r>
      <w:proofErr w:type="spellEnd"/>
      <w:r>
        <w:t xml:space="preserve">, </w:t>
      </w:r>
      <w:proofErr w:type="spellStart"/>
      <w:r>
        <w:t>vrijwilligers</w:t>
      </w:r>
      <w:proofErr w:type="spellEnd"/>
      <w:r>
        <w:t xml:space="preserve">, </w:t>
      </w:r>
      <w:proofErr w:type="spellStart"/>
      <w:r>
        <w:t>eventuele</w:t>
      </w:r>
      <w:proofErr w:type="spellEnd"/>
      <w:r>
        <w:t xml:space="preserve"> </w:t>
      </w:r>
      <w:proofErr w:type="spellStart"/>
      <w:r>
        <w:t>medewerkers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personen</w:t>
      </w:r>
      <w:proofErr w:type="spellEnd"/>
      <w:r>
        <w:t xml:space="preserve"> die </w:t>
      </w:r>
      <w:proofErr w:type="spellStart"/>
      <w:r>
        <w:t>namens</w:t>
      </w:r>
      <w:proofErr w:type="spellEnd"/>
      <w:r>
        <w:t xml:space="preserve"> de </w:t>
      </w:r>
      <w:proofErr w:type="spellStart"/>
      <w:r>
        <w:t>stichting</w:t>
      </w:r>
      <w:proofErr w:type="spellEnd"/>
      <w:r>
        <w:t xml:space="preserve"> </w:t>
      </w:r>
      <w:proofErr w:type="spellStart"/>
      <w:r>
        <w:t>activiteiten</w:t>
      </w:r>
      <w:proofErr w:type="spellEnd"/>
      <w:r>
        <w:t xml:space="preserve"> </w:t>
      </w:r>
      <w:proofErr w:type="spellStart"/>
      <w:r>
        <w:t>uitvoeren</w:t>
      </w:r>
      <w:proofErr w:type="spellEnd"/>
      <w:r>
        <w:t xml:space="preserve">. Het </w:t>
      </w:r>
      <w:proofErr w:type="spellStart"/>
      <w:r>
        <w:t>geldt</w:t>
      </w:r>
      <w:proofErr w:type="spellEnd"/>
      <w:r>
        <w:t xml:space="preserve"> in De Oude Stal, </w:t>
      </w:r>
      <w:proofErr w:type="spellStart"/>
      <w:r>
        <w:t>bij</w:t>
      </w:r>
      <w:proofErr w:type="spellEnd"/>
      <w:r>
        <w:t xml:space="preserve"> </w:t>
      </w:r>
      <w:proofErr w:type="spellStart"/>
      <w:r>
        <w:t>activiteiten</w:t>
      </w:r>
      <w:proofErr w:type="spellEnd"/>
      <w:r>
        <w:t xml:space="preserve"> elders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digitaal</w:t>
      </w:r>
      <w:proofErr w:type="spellEnd"/>
      <w:r>
        <w:t xml:space="preserve"> contact </w:t>
      </w:r>
      <w:proofErr w:type="spellStart"/>
      <w:r>
        <w:t>dat</w:t>
      </w:r>
      <w:proofErr w:type="spellEnd"/>
      <w:r>
        <w:t xml:space="preserve"> </w:t>
      </w:r>
      <w:proofErr w:type="spellStart"/>
      <w:r>
        <w:t>samenhangt</w:t>
      </w:r>
      <w:proofErr w:type="spellEnd"/>
      <w:r>
        <w:t xml:space="preserve"> met het </w:t>
      </w:r>
      <w:proofErr w:type="spellStart"/>
      <w:r>
        <w:t>jeugdwerk</w:t>
      </w:r>
      <w:proofErr w:type="spellEnd"/>
      <w:r>
        <w:t>.</w:t>
      </w:r>
    </w:p>
    <w:p w14:paraId="77D97A7C" w14:textId="77777777" w:rsidR="006911A6" w:rsidRDefault="00000000">
      <w:pPr>
        <w:keepLines/>
      </w:pPr>
      <w:proofErr w:type="spellStart"/>
      <w:r>
        <w:t>Begeleiders</w:t>
      </w:r>
      <w:proofErr w:type="spellEnd"/>
      <w:r>
        <w:t xml:space="preserve"> </w:t>
      </w:r>
      <w:proofErr w:type="spellStart"/>
      <w:r>
        <w:t>houden</w:t>
      </w:r>
      <w:proofErr w:type="spellEnd"/>
      <w:r>
        <w:t xml:space="preserve"> </w:t>
      </w:r>
      <w:proofErr w:type="spellStart"/>
      <w:r>
        <w:t>rekening</w:t>
      </w:r>
      <w:proofErr w:type="spellEnd"/>
      <w:r>
        <w:t xml:space="preserve"> met de </w:t>
      </w:r>
      <w:proofErr w:type="spellStart"/>
      <w:r>
        <w:t>afhankelijkheid</w:t>
      </w:r>
      <w:proofErr w:type="spellEnd"/>
      <w:r>
        <w:t xml:space="preserve"> van </w:t>
      </w:r>
      <w:proofErr w:type="spellStart"/>
      <w:r>
        <w:t>minderjarigen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met extra </w:t>
      </w:r>
      <w:proofErr w:type="spellStart"/>
      <w:r>
        <w:t>kwetsbaarheid</w:t>
      </w:r>
      <w:proofErr w:type="spellEnd"/>
      <w:r>
        <w:t xml:space="preserve">, </w:t>
      </w:r>
      <w:proofErr w:type="spellStart"/>
      <w:r>
        <w:t>bijvoorbeeld</w:t>
      </w:r>
      <w:proofErr w:type="spellEnd"/>
      <w:r>
        <w:t xml:space="preserve"> door </w:t>
      </w:r>
      <w:proofErr w:type="spellStart"/>
      <w:r>
        <w:t>een</w:t>
      </w:r>
      <w:proofErr w:type="spellEnd"/>
      <w:r>
        <w:t xml:space="preserve"> </w:t>
      </w:r>
      <w:proofErr w:type="spellStart"/>
      <w:r>
        <w:t>beperking</w:t>
      </w:r>
      <w:proofErr w:type="spellEnd"/>
      <w:r>
        <w:t xml:space="preserve">. De </w:t>
      </w:r>
      <w:proofErr w:type="spellStart"/>
      <w:r>
        <w:t>verantwoordelijkheid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</w:t>
      </w:r>
      <w:proofErr w:type="spellStart"/>
      <w:r>
        <w:t>grenzen</w:t>
      </w:r>
      <w:proofErr w:type="spellEnd"/>
      <w:r>
        <w:t xml:space="preserve"> </w:t>
      </w:r>
      <w:proofErr w:type="spellStart"/>
      <w:r>
        <w:t>ligt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de </w:t>
      </w:r>
      <w:proofErr w:type="spellStart"/>
      <w:r>
        <w:t>begeleider</w:t>
      </w:r>
      <w:proofErr w:type="spellEnd"/>
      <w:r>
        <w:t xml:space="preserve">.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christelijke</w:t>
      </w:r>
      <w:proofErr w:type="spellEnd"/>
      <w:r>
        <w:t xml:space="preserve"> </w:t>
      </w:r>
      <w:proofErr w:type="spellStart"/>
      <w:r>
        <w:t>achtergrond</w:t>
      </w:r>
      <w:proofErr w:type="spellEnd"/>
      <w:r>
        <w:t xml:space="preserve"> mag nooit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gebruikt</w:t>
      </w:r>
      <w:proofErr w:type="spellEnd"/>
      <w:r>
        <w:t xml:space="preserve"> om </w:t>
      </w:r>
      <w:proofErr w:type="spellStart"/>
      <w:r>
        <w:t>gehoorzaamheid</w:t>
      </w:r>
      <w:proofErr w:type="spellEnd"/>
      <w:r>
        <w:t xml:space="preserve">, </w:t>
      </w:r>
      <w:proofErr w:type="spellStart"/>
      <w:r>
        <w:t>geheimhouding</w:t>
      </w:r>
      <w:proofErr w:type="spellEnd"/>
      <w:r>
        <w:t xml:space="preserve">, </w:t>
      </w:r>
      <w:proofErr w:type="spellStart"/>
      <w:r>
        <w:t>lichamelijk</w:t>
      </w:r>
      <w:proofErr w:type="spellEnd"/>
      <w:r>
        <w:t xml:space="preserve"> contact of </w:t>
      </w:r>
      <w:proofErr w:type="spellStart"/>
      <w:r>
        <w:t>vergeving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dwingen</w:t>
      </w:r>
      <w:proofErr w:type="spellEnd"/>
      <w:r>
        <w:t>.</w:t>
      </w:r>
    </w:p>
    <w:p w14:paraId="6D3CD2DE" w14:textId="77777777" w:rsidR="006911A6" w:rsidRDefault="00000000">
      <w:pPr>
        <w:pStyle w:val="Kop2"/>
      </w:pPr>
      <w:r>
        <w:t xml:space="preserve">2 </w:t>
      </w:r>
      <w:proofErr w:type="spellStart"/>
      <w:r>
        <w:t>Verantwoordelijkheid</w:t>
      </w:r>
      <w:proofErr w:type="spellEnd"/>
      <w:r>
        <w:t xml:space="preserve"> van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leiding</w:t>
      </w:r>
      <w:proofErr w:type="spellEnd"/>
    </w:p>
    <w:p w14:paraId="5172772C" w14:textId="77777777" w:rsidR="006911A6" w:rsidRDefault="00000000">
      <w:pPr>
        <w:keepLines/>
      </w:pPr>
      <w:r>
        <w:t xml:space="preserve">Het </w:t>
      </w:r>
      <w:proofErr w:type="spellStart"/>
      <w:r>
        <w:t>stichtingsbestuur</w:t>
      </w:r>
      <w:proofErr w:type="spellEnd"/>
      <w:r>
        <w:t xml:space="preserve"> </w:t>
      </w:r>
      <w:proofErr w:type="spellStart"/>
      <w:r>
        <w:t>stelt</w:t>
      </w:r>
      <w:proofErr w:type="spellEnd"/>
      <w:r>
        <w:t xml:space="preserve"> het </w:t>
      </w:r>
      <w:proofErr w:type="spellStart"/>
      <w:r>
        <w:t>beleid</w:t>
      </w:r>
      <w:proofErr w:type="spellEnd"/>
      <w:r>
        <w:t xml:space="preserve"> vast </w:t>
      </w:r>
      <w:proofErr w:type="spellStart"/>
      <w:r>
        <w:t>en</w:t>
      </w:r>
      <w:proofErr w:type="spellEnd"/>
      <w:r>
        <w:t xml:space="preserve"> is </w:t>
      </w:r>
      <w:proofErr w:type="spellStart"/>
      <w:r>
        <w:t>verantwoordelijk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de </w:t>
      </w:r>
      <w:proofErr w:type="spellStart"/>
      <w:r>
        <w:t>uitvoering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het </w:t>
      </w:r>
      <w:proofErr w:type="spellStart"/>
      <w:r>
        <w:t>jeugdwerk</w:t>
      </w:r>
      <w:proofErr w:type="spellEnd"/>
      <w:r>
        <w:t xml:space="preserve">.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bestuursleden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formeel</w:t>
      </w:r>
      <w:proofErr w:type="spellEnd"/>
      <w:r>
        <w:t xml:space="preserve"> </w:t>
      </w:r>
      <w:proofErr w:type="spellStart"/>
      <w:r>
        <w:t>benoemd</w:t>
      </w:r>
      <w:proofErr w:type="spellEnd"/>
      <w:r>
        <w:t xml:space="preserve"> door de </w:t>
      </w:r>
      <w:proofErr w:type="spellStart"/>
      <w:r>
        <w:t>kerk</w:t>
      </w:r>
      <w:proofErr w:type="spellEnd"/>
      <w:r>
        <w:t xml:space="preserve">.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benoeming</w:t>
      </w:r>
      <w:proofErr w:type="spellEnd"/>
      <w:r>
        <w:t xml:space="preserve"> </w:t>
      </w:r>
      <w:proofErr w:type="spellStart"/>
      <w:r>
        <w:t>verandert</w:t>
      </w:r>
      <w:proofErr w:type="spellEnd"/>
      <w:r>
        <w:t xml:space="preserve"> </w:t>
      </w:r>
      <w:proofErr w:type="spellStart"/>
      <w:r>
        <w:t>niets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verantwoordelijkheid</w:t>
      </w:r>
      <w:proofErr w:type="spellEnd"/>
      <w:r>
        <w:t xml:space="preserve"> van het </w:t>
      </w:r>
      <w:proofErr w:type="spellStart"/>
      <w:r>
        <w:t>stichtingsbestuur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veilige</w:t>
      </w:r>
      <w:proofErr w:type="spellEnd"/>
      <w:r>
        <w:t xml:space="preserve"> </w:t>
      </w:r>
      <w:proofErr w:type="spellStart"/>
      <w:r>
        <w:t>activiteiten</w:t>
      </w:r>
      <w:proofErr w:type="spellEnd"/>
      <w:r>
        <w:t xml:space="preserve">, </w:t>
      </w:r>
      <w:proofErr w:type="spellStart"/>
      <w:r>
        <w:t>toelating</w:t>
      </w:r>
      <w:proofErr w:type="spellEnd"/>
      <w:r>
        <w:t xml:space="preserve"> van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opvolging</w:t>
      </w:r>
      <w:proofErr w:type="spellEnd"/>
      <w:r>
        <w:t xml:space="preserve"> van </w:t>
      </w:r>
      <w:proofErr w:type="spellStart"/>
      <w:r>
        <w:t>meldingen</w:t>
      </w:r>
      <w:proofErr w:type="spellEnd"/>
      <w:r>
        <w:t>.</w:t>
      </w:r>
    </w:p>
    <w:p w14:paraId="2F52BBCF" w14:textId="77777777" w:rsidR="006911A6" w:rsidRDefault="00000000">
      <w:pPr>
        <w:keepLines/>
      </w:pPr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wijst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verantwoordelijke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veiligheid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vervanger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maakt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taakverdeling</w:t>
      </w:r>
      <w:proofErr w:type="spellEnd"/>
      <w:r>
        <w:t xml:space="preserve"> </w:t>
      </w:r>
      <w:proofErr w:type="spellStart"/>
      <w:r>
        <w:t>bekend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de </w:t>
      </w:r>
      <w:proofErr w:type="spellStart"/>
      <w:r>
        <w:t>leiding</w:t>
      </w:r>
      <w:proofErr w:type="spellEnd"/>
      <w:r>
        <w:t xml:space="preserve">. Dit </w:t>
      </w:r>
      <w:proofErr w:type="spellStart"/>
      <w:r>
        <w:t>bestuurslid</w:t>
      </w:r>
      <w:proofErr w:type="spellEnd"/>
      <w:r>
        <w:t xml:space="preserve"> </w:t>
      </w:r>
      <w:proofErr w:type="spellStart"/>
      <w:r>
        <w:t>bewaakt</w:t>
      </w:r>
      <w:proofErr w:type="spellEnd"/>
      <w:r>
        <w:t xml:space="preserve"> VOG-</w:t>
      </w:r>
      <w:proofErr w:type="spellStart"/>
      <w:r>
        <w:t>controles</w:t>
      </w:r>
      <w:proofErr w:type="spellEnd"/>
      <w:r>
        <w:t xml:space="preserve">, </w:t>
      </w:r>
      <w:proofErr w:type="spellStart"/>
      <w:r>
        <w:t>ondertekening</w:t>
      </w:r>
      <w:proofErr w:type="spellEnd"/>
      <w:r>
        <w:t xml:space="preserve"> van de </w:t>
      </w:r>
      <w:proofErr w:type="spellStart"/>
      <w:r>
        <w:t>gedragscode</w:t>
      </w:r>
      <w:proofErr w:type="spellEnd"/>
      <w:r>
        <w:t xml:space="preserve">, </w:t>
      </w:r>
      <w:proofErr w:type="spellStart"/>
      <w:r>
        <w:t>voorlichting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evaluatie</w:t>
      </w:r>
      <w:proofErr w:type="spellEnd"/>
      <w:r>
        <w:t xml:space="preserve">. De </w:t>
      </w:r>
      <w:proofErr w:type="spellStart"/>
      <w:r>
        <w:t>activiteitenleider</w:t>
      </w:r>
      <w:proofErr w:type="spellEnd"/>
      <w:r>
        <w:t xml:space="preserve"> </w:t>
      </w:r>
      <w:proofErr w:type="spellStart"/>
      <w:r>
        <w:t>zorgt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voldoende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naleving</w:t>
      </w:r>
      <w:proofErr w:type="spellEnd"/>
      <w:r>
        <w:t xml:space="preserve"> van de </w:t>
      </w:r>
      <w:proofErr w:type="spellStart"/>
      <w:r>
        <w:t>praktische</w:t>
      </w:r>
      <w:proofErr w:type="spellEnd"/>
      <w:r>
        <w:t xml:space="preserve"> </w:t>
      </w:r>
      <w:proofErr w:type="spellStart"/>
      <w:r>
        <w:t>afspraken</w:t>
      </w:r>
      <w:proofErr w:type="spellEnd"/>
      <w:r>
        <w:t>.</w:t>
      </w:r>
    </w:p>
    <w:p w14:paraId="13FBD276" w14:textId="77777777" w:rsidR="006911A6" w:rsidRDefault="00000000">
      <w:pPr>
        <w:pStyle w:val="Kop2"/>
      </w:pPr>
      <w:r>
        <w:t xml:space="preserve">3 Kerk </w:t>
      </w:r>
      <w:proofErr w:type="spellStart"/>
      <w:r>
        <w:t>en</w:t>
      </w:r>
      <w:proofErr w:type="spellEnd"/>
      <w:r>
        <w:t xml:space="preserve"> YMCA Nederland</w:t>
      </w:r>
    </w:p>
    <w:p w14:paraId="3EC5BFAD" w14:textId="77777777" w:rsidR="006911A6" w:rsidRDefault="00000000">
      <w:pPr>
        <w:keepLines/>
      </w:pPr>
      <w:r>
        <w:t xml:space="preserve">Voor de </w:t>
      </w:r>
      <w:proofErr w:type="spellStart"/>
      <w:r>
        <w:t>vertrouwensfunctie</w:t>
      </w:r>
      <w:proofErr w:type="spellEnd"/>
      <w:r>
        <w:t xml:space="preserve"> </w:t>
      </w:r>
      <w:proofErr w:type="spellStart"/>
      <w:r>
        <w:t>maken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gebruik</w:t>
      </w:r>
      <w:proofErr w:type="spellEnd"/>
      <w:r>
        <w:t xml:space="preserve"> van de </w:t>
      </w:r>
      <w:proofErr w:type="spellStart"/>
      <w:r>
        <w:t>vertrouwenspersonen</w:t>
      </w:r>
      <w:proofErr w:type="spellEnd"/>
      <w:r>
        <w:t xml:space="preserve"> die </w:t>
      </w:r>
      <w:proofErr w:type="spellStart"/>
      <w:r>
        <w:t>bereikbaar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via de </w:t>
      </w:r>
      <w:proofErr w:type="spellStart"/>
      <w:r>
        <w:t>Protestantse</w:t>
      </w:r>
      <w:proofErr w:type="spellEnd"/>
      <w:r>
        <w:t xml:space="preserve">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Vijfhuizen</w:t>
      </w:r>
      <w:proofErr w:type="spellEnd"/>
      <w:r>
        <w:t xml:space="preserve">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stemt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</w:t>
      </w:r>
      <w:proofErr w:type="spellStart"/>
      <w:r>
        <w:t>beschikbaarheid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deelnemers</w:t>
      </w:r>
      <w:proofErr w:type="spellEnd"/>
      <w:r>
        <w:t xml:space="preserve">,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van De Oude Stal </w:t>
      </w:r>
      <w:proofErr w:type="spellStart"/>
      <w:r>
        <w:t>af</w:t>
      </w:r>
      <w:proofErr w:type="spellEnd"/>
      <w:r>
        <w:t xml:space="preserve">, </w:t>
      </w:r>
      <w:proofErr w:type="spellStart"/>
      <w:r>
        <w:t>ook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niet-kerkleden</w:t>
      </w:r>
      <w:proofErr w:type="spellEnd"/>
      <w:r>
        <w:t xml:space="preserve">. </w:t>
      </w:r>
      <w:proofErr w:type="spellStart"/>
      <w:r>
        <w:t>Vertrouwenspersonen</w:t>
      </w:r>
      <w:proofErr w:type="spellEnd"/>
      <w:r>
        <w:t xml:space="preserve"> </w:t>
      </w:r>
      <w:proofErr w:type="spellStart"/>
      <w:r>
        <w:t>bieden</w:t>
      </w:r>
      <w:proofErr w:type="spellEnd"/>
      <w:r>
        <w:t xml:space="preserve"> </w:t>
      </w:r>
      <w:proofErr w:type="spellStart"/>
      <w:r>
        <w:t>onafhankelijke</w:t>
      </w:r>
      <w:proofErr w:type="spellEnd"/>
      <w:r>
        <w:t xml:space="preserve"> </w:t>
      </w:r>
      <w:proofErr w:type="spellStart"/>
      <w:r>
        <w:t>opvang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advies</w:t>
      </w:r>
      <w:proofErr w:type="spellEnd"/>
      <w:r>
        <w:t xml:space="preserve">; </w:t>
      </w:r>
      <w:proofErr w:type="spellStart"/>
      <w:r>
        <w:t>zij</w:t>
      </w:r>
      <w:proofErr w:type="spellEnd"/>
      <w:r>
        <w:t xml:space="preserve"> </w:t>
      </w:r>
      <w:proofErr w:type="spellStart"/>
      <w:r>
        <w:t>beslissen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over </w:t>
      </w:r>
      <w:proofErr w:type="spellStart"/>
      <w:r>
        <w:t>sancties</w:t>
      </w:r>
      <w:proofErr w:type="spellEnd"/>
      <w:r>
        <w:t>.</w:t>
      </w:r>
    </w:p>
    <w:p w14:paraId="43571C46" w14:textId="77777777" w:rsidR="006911A6" w:rsidRDefault="00000000">
      <w:pPr>
        <w:keepLines/>
      </w:pPr>
      <w:r>
        <w:t xml:space="preserve">Ons </w:t>
      </w:r>
      <w:proofErr w:type="spellStart"/>
      <w:r>
        <w:t>jeugdwerk</w:t>
      </w:r>
      <w:proofErr w:type="spellEnd"/>
      <w:r>
        <w:t xml:space="preserve"> is lid van YMCA Nederland.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sluiten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de </w:t>
      </w:r>
      <w:proofErr w:type="spellStart"/>
      <w:r>
        <w:t>aandacht</w:t>
      </w:r>
      <w:proofErr w:type="spellEnd"/>
      <w:r>
        <w:t xml:space="preserve"> van YMCA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inclusie</w:t>
      </w:r>
      <w:proofErr w:type="spellEnd"/>
      <w:r>
        <w:t xml:space="preserve">, </w:t>
      </w:r>
      <w:proofErr w:type="spellStart"/>
      <w:r>
        <w:t>verantwoordelijkheid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veilig</w:t>
      </w:r>
      <w:proofErr w:type="spellEnd"/>
      <w:r>
        <w:t xml:space="preserve"> </w:t>
      </w:r>
      <w:proofErr w:type="spellStart"/>
      <w:r>
        <w:t>jeugdwerk</w:t>
      </w:r>
      <w:proofErr w:type="spellEnd"/>
      <w:r>
        <w:t xml:space="preserve">. De </w:t>
      </w:r>
      <w:proofErr w:type="spellStart"/>
      <w:r>
        <w:t>gepubliceerde</w:t>
      </w:r>
      <w:proofErr w:type="spellEnd"/>
      <w:r>
        <w:t xml:space="preserve"> YMCA-</w:t>
      </w:r>
      <w:proofErr w:type="spellStart"/>
      <w:r>
        <w:t>gedragscode</w:t>
      </w:r>
      <w:proofErr w:type="spellEnd"/>
      <w:r>
        <w:t xml:space="preserve"> </w:t>
      </w:r>
      <w:proofErr w:type="spellStart"/>
      <w:r>
        <w:t>dient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inhoudelijk</w:t>
      </w:r>
      <w:proofErr w:type="spellEnd"/>
      <w:r>
        <w:t xml:space="preserve"> </w:t>
      </w:r>
      <w:proofErr w:type="spellStart"/>
      <w:r>
        <w:t>referentiepunt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onze</w:t>
      </w:r>
      <w:proofErr w:type="spellEnd"/>
      <w:r>
        <w:t xml:space="preserve"> eigen </w:t>
      </w:r>
      <w:proofErr w:type="spellStart"/>
      <w:r>
        <w:t>gedragscode</w:t>
      </w:r>
      <w:proofErr w:type="spellEnd"/>
      <w:r>
        <w:t xml:space="preserve">. Voor </w:t>
      </w:r>
      <w:proofErr w:type="spellStart"/>
      <w:r>
        <w:t>onze</w:t>
      </w:r>
      <w:proofErr w:type="spellEnd"/>
      <w:r>
        <w:t xml:space="preserve"> </w:t>
      </w:r>
      <w:proofErr w:type="spellStart"/>
      <w:r>
        <w:t>activiteiten</w:t>
      </w:r>
      <w:proofErr w:type="spellEnd"/>
      <w:r>
        <w:t xml:space="preserve"> </w:t>
      </w:r>
      <w:proofErr w:type="spellStart"/>
      <w:r>
        <w:t>gelden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preventiebeleid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afzonderlijke</w:t>
      </w:r>
      <w:proofErr w:type="spellEnd"/>
      <w:r>
        <w:t xml:space="preserve"> </w:t>
      </w:r>
      <w:proofErr w:type="spellStart"/>
      <w:r>
        <w:t>gedragscode</w:t>
      </w:r>
      <w:proofErr w:type="spellEnd"/>
      <w:r>
        <w:t xml:space="preserve"> van De Oude Stal.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YMCA </w:t>
      </w:r>
      <w:proofErr w:type="spellStart"/>
      <w:r>
        <w:t>advies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scholing</w:t>
      </w:r>
      <w:proofErr w:type="spellEnd"/>
      <w:r>
        <w:t xml:space="preserve"> </w:t>
      </w:r>
      <w:proofErr w:type="spellStart"/>
      <w:r>
        <w:t>zoeken</w:t>
      </w:r>
      <w:proofErr w:type="spellEnd"/>
      <w:r>
        <w:t xml:space="preserve">. Het </w:t>
      </w:r>
      <w:proofErr w:type="spellStart"/>
      <w:r>
        <w:t>lidmaatschap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gebruikt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vervanging</w:t>
      </w:r>
      <w:proofErr w:type="spellEnd"/>
      <w:r>
        <w:t xml:space="preserve"> van </w:t>
      </w:r>
      <w:proofErr w:type="spellStart"/>
      <w:r>
        <w:t>onze</w:t>
      </w:r>
      <w:proofErr w:type="spellEnd"/>
      <w:r>
        <w:t xml:space="preserve"> eigen </w:t>
      </w:r>
      <w:proofErr w:type="spellStart"/>
      <w:r>
        <w:t>meldroute</w:t>
      </w:r>
      <w:proofErr w:type="spellEnd"/>
      <w:r>
        <w:t xml:space="preserve"> of </w:t>
      </w:r>
      <w:proofErr w:type="spellStart"/>
      <w:r>
        <w:t>verantwoordelijkheid</w:t>
      </w:r>
      <w:proofErr w:type="spellEnd"/>
      <w:r>
        <w:t>.</w:t>
      </w:r>
    </w:p>
    <w:p w14:paraId="7FE48DC1" w14:textId="77777777" w:rsidR="006911A6" w:rsidRDefault="00000000">
      <w:r>
        <w:br w:type="page"/>
      </w:r>
    </w:p>
    <w:p w14:paraId="7E1F2DA1" w14:textId="77777777" w:rsidR="006911A6" w:rsidRDefault="00000000">
      <w:pPr>
        <w:pStyle w:val="Kop1"/>
      </w:pPr>
      <w:proofErr w:type="spellStart"/>
      <w:r>
        <w:lastRenderedPageBreak/>
        <w:t>Selectie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veilige</w:t>
      </w:r>
      <w:proofErr w:type="spellEnd"/>
      <w:r>
        <w:t xml:space="preserve"> </w:t>
      </w:r>
      <w:proofErr w:type="spellStart"/>
      <w:r>
        <w:t>begeleiding</w:t>
      </w:r>
      <w:proofErr w:type="spellEnd"/>
    </w:p>
    <w:p w14:paraId="0D2677E5" w14:textId="77777777" w:rsidR="006911A6" w:rsidRDefault="00000000">
      <w:pPr>
        <w:pStyle w:val="Kop2"/>
      </w:pPr>
      <w:r>
        <w:t xml:space="preserve">4 </w:t>
      </w:r>
      <w:proofErr w:type="spellStart"/>
      <w:r>
        <w:t>Aannamebeleid</w:t>
      </w:r>
      <w:proofErr w:type="spellEnd"/>
    </w:p>
    <w:p w14:paraId="17D25027" w14:textId="77777777" w:rsidR="006911A6" w:rsidRDefault="00000000">
      <w:pPr>
        <w:keepLines/>
      </w:pPr>
      <w:proofErr w:type="spellStart"/>
      <w:r>
        <w:t>Nieuwe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volgens</w:t>
      </w:r>
      <w:proofErr w:type="spellEnd"/>
      <w:r>
        <w:t xml:space="preserve"> </w:t>
      </w:r>
      <w:proofErr w:type="spellStart"/>
      <w:r>
        <w:t>dezelfde</w:t>
      </w:r>
      <w:proofErr w:type="spellEnd"/>
      <w:r>
        <w:t xml:space="preserve"> procedure </w:t>
      </w:r>
      <w:proofErr w:type="spellStart"/>
      <w:r>
        <w:t>toegelaten</w:t>
      </w:r>
      <w:proofErr w:type="spellEnd"/>
      <w:r>
        <w:t xml:space="preserve">, </w:t>
      </w:r>
      <w:proofErr w:type="spellStart"/>
      <w:r>
        <w:t>ook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zij</w:t>
      </w:r>
      <w:proofErr w:type="spellEnd"/>
      <w:r>
        <w:t xml:space="preserve"> al </w:t>
      </w:r>
      <w:proofErr w:type="spellStart"/>
      <w:r>
        <w:t>bekend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de </w:t>
      </w:r>
      <w:proofErr w:type="spellStart"/>
      <w:r>
        <w:t>stichting</w:t>
      </w:r>
      <w:proofErr w:type="spellEnd"/>
      <w:r>
        <w:t xml:space="preserve"> of </w:t>
      </w:r>
      <w:proofErr w:type="spellStart"/>
      <w:r>
        <w:t>kerk</w:t>
      </w:r>
      <w:proofErr w:type="spellEnd"/>
      <w:r>
        <w:t xml:space="preserve">. </w:t>
      </w:r>
      <w:proofErr w:type="spellStart"/>
      <w:r>
        <w:t>Bestaande</w:t>
      </w:r>
      <w:proofErr w:type="spellEnd"/>
      <w:r>
        <w:t xml:space="preserve">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vallen</w:t>
      </w:r>
      <w:proofErr w:type="spellEnd"/>
      <w:r>
        <w:t xml:space="preserve"> </w:t>
      </w:r>
      <w:proofErr w:type="spellStart"/>
      <w:r>
        <w:t>eveneens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de </w:t>
      </w:r>
      <w:proofErr w:type="spellStart"/>
      <w:r>
        <w:t>eisen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gedragscode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VOG.</w:t>
      </w:r>
    </w:p>
    <w:p w14:paraId="7A59B857" w14:textId="77777777" w:rsidR="006911A6" w:rsidRDefault="00000000">
      <w:pPr>
        <w:pStyle w:val="Lijstopsomteken"/>
        <w:keepLines/>
      </w:pPr>
      <w:r>
        <w:t xml:space="preserve">De </w:t>
      </w:r>
      <w:proofErr w:type="spellStart"/>
      <w:r>
        <w:t>activiteitenleider</w:t>
      </w:r>
      <w:proofErr w:type="spellEnd"/>
      <w:r>
        <w:t xml:space="preserve"> of </w:t>
      </w:r>
      <w:proofErr w:type="spellStart"/>
      <w:r>
        <w:t>een</w:t>
      </w:r>
      <w:proofErr w:type="spellEnd"/>
      <w:r>
        <w:t xml:space="preserve"> </w:t>
      </w:r>
      <w:proofErr w:type="spellStart"/>
      <w:r>
        <w:t>bestuurslid</w:t>
      </w:r>
      <w:proofErr w:type="spellEnd"/>
      <w:r>
        <w:t xml:space="preserve"> </w:t>
      </w:r>
      <w:proofErr w:type="spellStart"/>
      <w:r>
        <w:t>voert</w:t>
      </w:r>
      <w:proofErr w:type="spellEnd"/>
      <w:r>
        <w:t xml:space="preserve"> </w:t>
      </w:r>
      <w:proofErr w:type="spellStart"/>
      <w:r>
        <w:t>vóór</w:t>
      </w:r>
      <w:proofErr w:type="spellEnd"/>
      <w:r>
        <w:t xml:space="preserve"> </w:t>
      </w:r>
      <w:proofErr w:type="spellStart"/>
      <w:r>
        <w:t>inzet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intakegesprek</w:t>
      </w:r>
      <w:proofErr w:type="spellEnd"/>
      <w:r>
        <w:t xml:space="preserve"> over </w:t>
      </w:r>
      <w:proofErr w:type="spellStart"/>
      <w:r>
        <w:t>motivatie</w:t>
      </w:r>
      <w:proofErr w:type="spellEnd"/>
      <w:r>
        <w:t xml:space="preserve">, </w:t>
      </w:r>
      <w:proofErr w:type="spellStart"/>
      <w:r>
        <w:t>ervaring</w:t>
      </w:r>
      <w:proofErr w:type="spellEnd"/>
      <w:r>
        <w:t xml:space="preserve">, </w:t>
      </w:r>
      <w:proofErr w:type="spellStart"/>
      <w:r>
        <w:t>omgang</w:t>
      </w:r>
      <w:proofErr w:type="spellEnd"/>
      <w:r>
        <w:t xml:space="preserve"> met </w:t>
      </w:r>
      <w:proofErr w:type="spellStart"/>
      <w:r>
        <w:t>kinderen</w:t>
      </w:r>
      <w:proofErr w:type="spellEnd"/>
      <w:r>
        <w:t xml:space="preserve">, </w:t>
      </w:r>
      <w:proofErr w:type="spellStart"/>
      <w:r>
        <w:t>grenzen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bereidheid</w:t>
      </w:r>
      <w:proofErr w:type="spellEnd"/>
      <w:r>
        <w:t xml:space="preserve"> om </w:t>
      </w:r>
      <w:proofErr w:type="spellStart"/>
      <w:r>
        <w:t>signalen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melden</w:t>
      </w:r>
      <w:proofErr w:type="spellEnd"/>
      <w:r>
        <w:t xml:space="preserve">. De taken </w:t>
      </w:r>
      <w:proofErr w:type="spellStart"/>
      <w:r>
        <w:t>en</w:t>
      </w:r>
      <w:proofErr w:type="spellEnd"/>
      <w:r>
        <w:t xml:space="preserve"> </w:t>
      </w:r>
      <w:proofErr w:type="spellStart"/>
      <w:r>
        <w:t>gezagspositie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besproken</w:t>
      </w:r>
      <w:proofErr w:type="spellEnd"/>
      <w:r>
        <w:t>.</w:t>
      </w:r>
    </w:p>
    <w:p w14:paraId="5F01C914" w14:textId="77777777" w:rsidR="006911A6" w:rsidRDefault="00000000">
      <w:pPr>
        <w:pStyle w:val="Lijstopsomteken"/>
        <w:keepLines/>
      </w:pPr>
      <w:r>
        <w:t xml:space="preserve">De </w:t>
      </w:r>
      <w:proofErr w:type="spellStart"/>
      <w:r>
        <w:t>stichting</w:t>
      </w:r>
      <w:proofErr w:type="spellEnd"/>
      <w:r>
        <w:t xml:space="preserve"> </w:t>
      </w:r>
      <w:proofErr w:type="spellStart"/>
      <w:r>
        <w:t>vraagt</w:t>
      </w:r>
      <w:proofErr w:type="spellEnd"/>
      <w:r>
        <w:t xml:space="preserve"> </w:t>
      </w:r>
      <w:proofErr w:type="spellStart"/>
      <w:r>
        <w:t>waar</w:t>
      </w:r>
      <w:proofErr w:type="spellEnd"/>
      <w:r>
        <w:t xml:space="preserve"> </w:t>
      </w:r>
      <w:proofErr w:type="spellStart"/>
      <w:r>
        <w:t>mogelijk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referenties</w:t>
      </w:r>
      <w:proofErr w:type="spellEnd"/>
      <w:r>
        <w:t xml:space="preserve">. Met </w:t>
      </w:r>
      <w:proofErr w:type="spellStart"/>
      <w:r>
        <w:t>medeweten</w:t>
      </w:r>
      <w:proofErr w:type="spellEnd"/>
      <w:r>
        <w:t xml:space="preserve"> van de </w:t>
      </w:r>
      <w:proofErr w:type="spellStart"/>
      <w:r>
        <w:t>kandidaat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nagevraagd</w:t>
      </w:r>
      <w:proofErr w:type="spellEnd"/>
      <w:r>
        <w:t xml:space="preserve"> hoe </w:t>
      </w:r>
      <w:proofErr w:type="spellStart"/>
      <w:r>
        <w:t>deze</w:t>
      </w:r>
      <w:proofErr w:type="spellEnd"/>
      <w:r>
        <w:t xml:space="preserve"> met </w:t>
      </w:r>
      <w:proofErr w:type="spellStart"/>
      <w:r>
        <w:t>deelnemers</w:t>
      </w:r>
      <w:proofErr w:type="spellEnd"/>
      <w:r>
        <w:t xml:space="preserve">, </w:t>
      </w:r>
      <w:proofErr w:type="spellStart"/>
      <w:r>
        <w:t>grenzen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samenwerking</w:t>
      </w:r>
      <w:proofErr w:type="spellEnd"/>
      <w:r>
        <w:t xml:space="preserve"> </w:t>
      </w:r>
      <w:proofErr w:type="spellStart"/>
      <w:r>
        <w:t>omging</w:t>
      </w:r>
      <w:proofErr w:type="spellEnd"/>
      <w:r>
        <w:t xml:space="preserve">. Als </w:t>
      </w:r>
      <w:proofErr w:type="spellStart"/>
      <w:r>
        <w:t>referenties</w:t>
      </w:r>
      <w:proofErr w:type="spellEnd"/>
      <w:r>
        <w:t xml:space="preserve"> </w:t>
      </w:r>
      <w:proofErr w:type="spellStart"/>
      <w:r>
        <w:t>ontbreken</w:t>
      </w:r>
      <w:proofErr w:type="spellEnd"/>
      <w:r>
        <w:t xml:space="preserve">, </w:t>
      </w:r>
      <w:proofErr w:type="spellStart"/>
      <w:r>
        <w:t>legt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vast hoe de </w:t>
      </w:r>
      <w:proofErr w:type="spellStart"/>
      <w:r>
        <w:t>geschiktheid</w:t>
      </w:r>
      <w:proofErr w:type="spellEnd"/>
      <w:r>
        <w:t xml:space="preserve"> </w:t>
      </w:r>
      <w:proofErr w:type="spellStart"/>
      <w:r>
        <w:t>aanvullend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beoordeeld</w:t>
      </w:r>
      <w:proofErr w:type="spellEnd"/>
      <w:r>
        <w:t>.</w:t>
      </w:r>
    </w:p>
    <w:p w14:paraId="628BFE9F" w14:textId="77777777" w:rsidR="006911A6" w:rsidRDefault="00000000">
      <w:pPr>
        <w:pStyle w:val="Lijstopsomteken"/>
        <w:keepLines/>
      </w:pPr>
      <w:r>
        <w:t xml:space="preserve">De </w:t>
      </w:r>
      <w:proofErr w:type="spellStart"/>
      <w:r>
        <w:t>kandidaat</w:t>
      </w:r>
      <w:proofErr w:type="spellEnd"/>
      <w:r>
        <w:t xml:space="preserve"> </w:t>
      </w:r>
      <w:proofErr w:type="spellStart"/>
      <w:r>
        <w:t>krijgt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beleid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gedragscode</w:t>
      </w:r>
      <w:proofErr w:type="spellEnd"/>
      <w:r>
        <w:t xml:space="preserve">. De </w:t>
      </w:r>
      <w:proofErr w:type="spellStart"/>
      <w:r>
        <w:t>leiding</w:t>
      </w:r>
      <w:proofErr w:type="spellEnd"/>
      <w:r>
        <w:t xml:space="preserve"> </w:t>
      </w:r>
      <w:proofErr w:type="spellStart"/>
      <w:r>
        <w:t>bespreekt</w:t>
      </w:r>
      <w:proofErr w:type="spellEnd"/>
      <w:r>
        <w:t xml:space="preserve"> de regels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meldroute</w:t>
      </w:r>
      <w:proofErr w:type="spellEnd"/>
      <w:r>
        <w:t xml:space="preserve">. De </w:t>
      </w:r>
      <w:proofErr w:type="spellStart"/>
      <w:r>
        <w:t>kandidaat</w:t>
      </w:r>
      <w:proofErr w:type="spellEnd"/>
      <w:r>
        <w:t xml:space="preserve"> </w:t>
      </w:r>
      <w:proofErr w:type="spellStart"/>
      <w:r>
        <w:t>ondertekent</w:t>
      </w:r>
      <w:proofErr w:type="spellEnd"/>
      <w:r>
        <w:t xml:space="preserve"> de </w:t>
      </w:r>
      <w:proofErr w:type="spellStart"/>
      <w:r>
        <w:t>gedragscode</w:t>
      </w:r>
      <w:proofErr w:type="spellEnd"/>
      <w:r>
        <w:t xml:space="preserve"> </w:t>
      </w:r>
      <w:proofErr w:type="spellStart"/>
      <w:r>
        <w:t>vóór</w:t>
      </w:r>
      <w:proofErr w:type="spellEnd"/>
      <w:r>
        <w:t xml:space="preserve"> </w:t>
      </w:r>
      <w:proofErr w:type="spellStart"/>
      <w:r>
        <w:t>deelname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>.</w:t>
      </w:r>
    </w:p>
    <w:p w14:paraId="2FB40B5B" w14:textId="77777777" w:rsidR="006911A6" w:rsidRDefault="00000000">
      <w:pPr>
        <w:pStyle w:val="Lijstopsomteken"/>
        <w:keepLines/>
      </w:pPr>
      <w:proofErr w:type="spellStart"/>
      <w:r>
        <w:t>Iedere</w:t>
      </w:r>
      <w:proofErr w:type="spellEnd"/>
      <w:r>
        <w:t xml:space="preserve"> </w:t>
      </w:r>
      <w:proofErr w:type="spellStart"/>
      <w:r>
        <w:t>vrijwilliger</w:t>
      </w:r>
      <w:proofErr w:type="spellEnd"/>
      <w:r>
        <w:t xml:space="preserve"> die </w:t>
      </w:r>
      <w:proofErr w:type="spellStart"/>
      <w:r>
        <w:t>minderjarigen</w:t>
      </w:r>
      <w:proofErr w:type="spellEnd"/>
      <w:r>
        <w:t xml:space="preserve"> of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kwetsbare</w:t>
      </w:r>
      <w:proofErr w:type="spellEnd"/>
      <w:r>
        <w:t xml:space="preserve"> </w:t>
      </w:r>
      <w:proofErr w:type="spellStart"/>
      <w:r>
        <w:t>deelnemers</w:t>
      </w:r>
      <w:proofErr w:type="spellEnd"/>
      <w:r>
        <w:t xml:space="preserve"> </w:t>
      </w:r>
      <w:proofErr w:type="spellStart"/>
      <w:r>
        <w:t>begeleidt</w:t>
      </w:r>
      <w:proofErr w:type="spellEnd"/>
      <w:r>
        <w:t xml:space="preserve">, </w:t>
      </w:r>
      <w:proofErr w:type="spellStart"/>
      <w:r>
        <w:t>levert</w:t>
      </w:r>
      <w:proofErr w:type="spellEnd"/>
      <w:r>
        <w:t xml:space="preserve"> </w:t>
      </w:r>
      <w:proofErr w:type="spellStart"/>
      <w:r>
        <w:t>vóór</w:t>
      </w:r>
      <w:proofErr w:type="spellEnd"/>
      <w:r>
        <w:t xml:space="preserve"> </w:t>
      </w:r>
      <w:proofErr w:type="spellStart"/>
      <w:r>
        <w:t>inzet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VOG.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bepaalt</w:t>
      </w:r>
      <w:proofErr w:type="spellEnd"/>
      <w:r>
        <w:t xml:space="preserve"> het </w:t>
      </w:r>
      <w:proofErr w:type="spellStart"/>
      <w:r>
        <w:t>screeningsprofiel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risicogebieden</w:t>
      </w:r>
      <w:proofErr w:type="spellEnd"/>
      <w:r>
        <w:t xml:space="preserve"> op basis van de </w:t>
      </w:r>
      <w:proofErr w:type="spellStart"/>
      <w:r>
        <w:t>feitelijke</w:t>
      </w:r>
      <w:proofErr w:type="spellEnd"/>
      <w:r>
        <w:t xml:space="preserve"> taken.</w:t>
      </w:r>
    </w:p>
    <w:p w14:paraId="2924639F" w14:textId="77777777" w:rsidR="006911A6" w:rsidRDefault="00000000">
      <w:pPr>
        <w:pStyle w:val="Lijstopsomteken"/>
        <w:keepLines/>
      </w:pPr>
      <w:r>
        <w:t xml:space="preserve">Een </w:t>
      </w:r>
      <w:proofErr w:type="spellStart"/>
      <w:r>
        <w:t>aangewezen</w:t>
      </w:r>
      <w:proofErr w:type="spellEnd"/>
      <w:r>
        <w:t xml:space="preserve"> </w:t>
      </w:r>
      <w:proofErr w:type="spellStart"/>
      <w:r>
        <w:t>bestuurslid</w:t>
      </w:r>
      <w:proofErr w:type="spellEnd"/>
      <w:r>
        <w:t xml:space="preserve"> </w:t>
      </w:r>
      <w:proofErr w:type="spellStart"/>
      <w:r>
        <w:t>controleert</w:t>
      </w:r>
      <w:proofErr w:type="spellEnd"/>
      <w:r>
        <w:t xml:space="preserve"> </w:t>
      </w:r>
      <w:proofErr w:type="spellStart"/>
      <w:r>
        <w:t>identiteit</w:t>
      </w:r>
      <w:proofErr w:type="spellEnd"/>
      <w:r>
        <w:t xml:space="preserve">, </w:t>
      </w:r>
      <w:proofErr w:type="spellStart"/>
      <w:r>
        <w:t>echtheid</w:t>
      </w:r>
      <w:proofErr w:type="spellEnd"/>
      <w:r>
        <w:t xml:space="preserve">, </w:t>
      </w:r>
      <w:proofErr w:type="spellStart"/>
      <w:r>
        <w:t>afgiftedatum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aansluiting</w:t>
      </w:r>
      <w:proofErr w:type="spellEnd"/>
      <w:r>
        <w:t xml:space="preserve"> van de VOG op de </w:t>
      </w:r>
      <w:proofErr w:type="spellStart"/>
      <w:r>
        <w:t>functie</w:t>
      </w:r>
      <w:proofErr w:type="spellEnd"/>
      <w:r>
        <w:t xml:space="preserve">. Bij </w:t>
      </w:r>
      <w:proofErr w:type="spellStart"/>
      <w:r>
        <w:t>aanvang</w:t>
      </w:r>
      <w:proofErr w:type="spellEnd"/>
      <w:r>
        <w:t xml:space="preserve"> </w:t>
      </w:r>
      <w:proofErr w:type="spellStart"/>
      <w:r>
        <w:t>accepteren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VOG die </w:t>
      </w:r>
      <w:proofErr w:type="spellStart"/>
      <w:r>
        <w:t>maximaal</w:t>
      </w:r>
      <w:proofErr w:type="spellEnd"/>
      <w:r>
        <w:t xml:space="preserve"> </w:t>
      </w:r>
      <w:proofErr w:type="spellStart"/>
      <w:r>
        <w:t>drie</w:t>
      </w:r>
      <w:proofErr w:type="spellEnd"/>
      <w:r>
        <w:t xml:space="preserve"> </w:t>
      </w:r>
      <w:proofErr w:type="spellStart"/>
      <w:r>
        <w:t>maanden</w:t>
      </w:r>
      <w:proofErr w:type="spellEnd"/>
      <w:r>
        <w:t xml:space="preserve"> oud is. Zonder </w:t>
      </w:r>
      <w:proofErr w:type="spellStart"/>
      <w:r>
        <w:t>gecontroleerde</w:t>
      </w:r>
      <w:proofErr w:type="spellEnd"/>
      <w:r>
        <w:t xml:space="preserve"> VOG </w:t>
      </w:r>
      <w:proofErr w:type="spellStart"/>
      <w:r>
        <w:t>wordt</w:t>
      </w:r>
      <w:proofErr w:type="spellEnd"/>
      <w:r>
        <w:t xml:space="preserve"> de </w:t>
      </w:r>
      <w:proofErr w:type="spellStart"/>
      <w:r>
        <w:t>kandidaat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 xml:space="preserve"> </w:t>
      </w:r>
      <w:proofErr w:type="spellStart"/>
      <w:r>
        <w:t>ingezet</w:t>
      </w:r>
      <w:proofErr w:type="spellEnd"/>
      <w:r>
        <w:t>.</w:t>
      </w:r>
    </w:p>
    <w:p w14:paraId="740EA220" w14:textId="77777777" w:rsidR="006911A6" w:rsidRDefault="00000000">
      <w:pPr>
        <w:pStyle w:val="Lijstopsomteken"/>
        <w:keepLines/>
      </w:pPr>
      <w:r>
        <w:t xml:space="preserve">Na </w:t>
      </w:r>
      <w:proofErr w:type="spellStart"/>
      <w:r>
        <w:t>toelating</w:t>
      </w:r>
      <w:proofErr w:type="spellEnd"/>
      <w:r>
        <w:t xml:space="preserve"> </w:t>
      </w:r>
      <w:proofErr w:type="spellStart"/>
      <w:r>
        <w:t>werkt</w:t>
      </w:r>
      <w:proofErr w:type="spellEnd"/>
      <w:r>
        <w:t xml:space="preserve"> de </w:t>
      </w:r>
      <w:proofErr w:type="spellStart"/>
      <w:r>
        <w:t>vrijwilliger</w:t>
      </w:r>
      <w:proofErr w:type="spellEnd"/>
      <w:r>
        <w:t xml:space="preserve"> de </w:t>
      </w:r>
      <w:proofErr w:type="spellStart"/>
      <w:r>
        <w:t>eerste</w:t>
      </w:r>
      <w:proofErr w:type="spellEnd"/>
      <w:r>
        <w:t xml:space="preserve"> </w:t>
      </w:r>
      <w:proofErr w:type="spellStart"/>
      <w:r>
        <w:t>drie</w:t>
      </w:r>
      <w:proofErr w:type="spellEnd"/>
      <w:r>
        <w:t xml:space="preserve"> </w:t>
      </w:r>
      <w:proofErr w:type="spellStart"/>
      <w:r>
        <w:t>bijeenkomsten</w:t>
      </w:r>
      <w:proofErr w:type="spellEnd"/>
      <w:r>
        <w:t xml:space="preserve"> </w:t>
      </w:r>
      <w:proofErr w:type="spellStart"/>
      <w:r>
        <w:t>samen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ervaren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 xml:space="preserve">. </w:t>
      </w:r>
      <w:proofErr w:type="spellStart"/>
      <w:r>
        <w:t>Daarna</w:t>
      </w:r>
      <w:proofErr w:type="spellEnd"/>
      <w:r>
        <w:t xml:space="preserve"> </w:t>
      </w:r>
      <w:proofErr w:type="spellStart"/>
      <w:r>
        <w:t>volgt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evaluatie</w:t>
      </w:r>
      <w:proofErr w:type="spellEnd"/>
      <w:r>
        <w:t xml:space="preserve"> over </w:t>
      </w:r>
      <w:proofErr w:type="spellStart"/>
      <w:r>
        <w:t>geschiktheid</w:t>
      </w:r>
      <w:proofErr w:type="spellEnd"/>
      <w:r>
        <w:t xml:space="preserve">, </w:t>
      </w:r>
      <w:proofErr w:type="spellStart"/>
      <w:r>
        <w:t>samenwerking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naleving</w:t>
      </w:r>
      <w:proofErr w:type="spellEnd"/>
      <w:r>
        <w:t xml:space="preserve"> van de regels.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beslist</w:t>
      </w:r>
      <w:proofErr w:type="spellEnd"/>
      <w:r>
        <w:t xml:space="preserve"> over </w:t>
      </w:r>
      <w:proofErr w:type="spellStart"/>
      <w:r>
        <w:t>voortzetting</w:t>
      </w:r>
      <w:proofErr w:type="spellEnd"/>
      <w:r>
        <w:t>.</w:t>
      </w:r>
    </w:p>
    <w:p w14:paraId="706E9DE2" w14:textId="77777777" w:rsidR="006911A6" w:rsidRDefault="00000000">
      <w:pPr>
        <w:pStyle w:val="Kop2"/>
      </w:pPr>
      <w:r>
        <w:t xml:space="preserve">5 VOG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registratie</w:t>
      </w:r>
      <w:proofErr w:type="spellEnd"/>
    </w:p>
    <w:p w14:paraId="5EABD578" w14:textId="1CE5C1BF" w:rsidR="006911A6" w:rsidRDefault="00000000">
      <w:pPr>
        <w:keepLines/>
      </w:pPr>
      <w:proofErr w:type="spellStart"/>
      <w:r>
        <w:t>Wij</w:t>
      </w:r>
      <w:proofErr w:type="spellEnd"/>
      <w:r>
        <w:t xml:space="preserve"> </w:t>
      </w:r>
      <w:proofErr w:type="spellStart"/>
      <w:r>
        <w:t>vragen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elke</w:t>
      </w:r>
      <w:proofErr w:type="spellEnd"/>
      <w:r>
        <w:t xml:space="preserve"> </w:t>
      </w:r>
      <w:proofErr w:type="spellStart"/>
      <w:r w:rsidR="00A852FD">
        <w:t>vijf</w:t>
      </w:r>
      <w:proofErr w:type="spellEnd"/>
      <w:r>
        <w:t xml:space="preserve">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VOG </w:t>
      </w:r>
      <w:proofErr w:type="spellStart"/>
      <w:r>
        <w:t>en</w:t>
      </w:r>
      <w:proofErr w:type="spellEnd"/>
      <w:r>
        <w:t xml:space="preserve"> </w:t>
      </w:r>
      <w:proofErr w:type="spellStart"/>
      <w:r>
        <w:t>eerder</w:t>
      </w:r>
      <w:proofErr w:type="spellEnd"/>
      <w:r>
        <w:t xml:space="preserve"> </w:t>
      </w:r>
      <w:proofErr w:type="spellStart"/>
      <w:r>
        <w:t>wanneer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gewijzigde</w:t>
      </w:r>
      <w:proofErr w:type="spellEnd"/>
      <w:r>
        <w:t xml:space="preserve"> </w:t>
      </w:r>
      <w:proofErr w:type="spellStart"/>
      <w:r>
        <w:t>functie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screening </w:t>
      </w:r>
      <w:proofErr w:type="spellStart"/>
      <w:r>
        <w:t>vraagt</w:t>
      </w:r>
      <w:proofErr w:type="spellEnd"/>
      <w:r>
        <w:t xml:space="preserve">. De </w:t>
      </w:r>
      <w:proofErr w:type="spellStart"/>
      <w:r>
        <w:t>termijn</w:t>
      </w:r>
      <w:proofErr w:type="spellEnd"/>
      <w:r>
        <w:t xml:space="preserve"> van </w:t>
      </w:r>
      <w:proofErr w:type="spellStart"/>
      <w:r w:rsidR="00A852FD">
        <w:t>vijf</w:t>
      </w:r>
      <w:proofErr w:type="spellEnd"/>
      <w:r w:rsidR="00A852FD">
        <w:t xml:space="preserve">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maximale</w:t>
      </w:r>
      <w:proofErr w:type="spellEnd"/>
      <w:r>
        <w:t xml:space="preserve"> </w:t>
      </w:r>
      <w:proofErr w:type="spellStart"/>
      <w:r>
        <w:t>ouderdom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aanvang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eigen </w:t>
      </w:r>
      <w:proofErr w:type="spellStart"/>
      <w:r>
        <w:t>beleidskeuzes</w:t>
      </w:r>
      <w:proofErr w:type="spellEnd"/>
      <w:r>
        <w:t xml:space="preserve">. Een VOG is </w:t>
      </w:r>
      <w:proofErr w:type="spellStart"/>
      <w:r>
        <w:t>één</w:t>
      </w:r>
      <w:proofErr w:type="spellEnd"/>
      <w:r>
        <w:t xml:space="preserve"> </w:t>
      </w:r>
      <w:proofErr w:type="spellStart"/>
      <w:r>
        <w:t>preventiemiddel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geeft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</w:t>
      </w:r>
      <w:proofErr w:type="spellStart"/>
      <w:r>
        <w:t>garantie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iemand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</w:t>
      </w:r>
      <w:proofErr w:type="spellStart"/>
      <w:r>
        <w:t>veilig</w:t>
      </w:r>
      <w:proofErr w:type="spellEnd"/>
      <w:r>
        <w:t xml:space="preserve"> </w:t>
      </w:r>
      <w:proofErr w:type="spellStart"/>
      <w:r>
        <w:t>gedraagt</w:t>
      </w:r>
      <w:proofErr w:type="spellEnd"/>
      <w:r>
        <w:t>.</w:t>
      </w:r>
    </w:p>
    <w:p w14:paraId="01294BDE" w14:textId="782008A1" w:rsidR="006911A6" w:rsidRDefault="00000000">
      <w:pPr>
        <w:keepLines/>
      </w:pPr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registreert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 het </w:t>
      </w:r>
      <w:proofErr w:type="spellStart"/>
      <w:r>
        <w:t>intakegesprek</w:t>
      </w:r>
      <w:proofErr w:type="spellEnd"/>
      <w:r>
        <w:t xml:space="preserve"> </w:t>
      </w:r>
      <w:proofErr w:type="spellStart"/>
      <w:r>
        <w:t>heeft</w:t>
      </w:r>
      <w:proofErr w:type="spellEnd"/>
      <w:r>
        <w:t xml:space="preserve"> </w:t>
      </w:r>
      <w:proofErr w:type="spellStart"/>
      <w:r>
        <w:t>gehad</w:t>
      </w:r>
      <w:proofErr w:type="spellEnd"/>
      <w:r>
        <w:t xml:space="preserve">, </w:t>
      </w:r>
      <w:proofErr w:type="spellStart"/>
      <w:r>
        <w:t>wanneer</w:t>
      </w:r>
      <w:proofErr w:type="spellEnd"/>
      <w:r>
        <w:t xml:space="preserve"> de </w:t>
      </w:r>
      <w:proofErr w:type="spellStart"/>
      <w:r>
        <w:t>gedragscode</w:t>
      </w:r>
      <w:proofErr w:type="spellEnd"/>
      <w:r>
        <w:t xml:space="preserve"> is </w:t>
      </w:r>
      <w:proofErr w:type="spellStart"/>
      <w:r>
        <w:t>ondertekend</w:t>
      </w:r>
      <w:proofErr w:type="spellEnd"/>
      <w:r>
        <w:t xml:space="preserve">, </w:t>
      </w:r>
      <w:proofErr w:type="spellStart"/>
      <w:r>
        <w:t>wanneer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door </w:t>
      </w:r>
      <w:proofErr w:type="spellStart"/>
      <w:r>
        <w:t>wie</w:t>
      </w:r>
      <w:proofErr w:type="spellEnd"/>
      <w:r>
        <w:t xml:space="preserve"> de VOG is </w:t>
      </w:r>
      <w:proofErr w:type="spellStart"/>
      <w:r>
        <w:t>gecontroleerd</w:t>
      </w:r>
      <w:proofErr w:type="spellEnd"/>
      <w:r>
        <w:t xml:space="preserve">, welk </w:t>
      </w:r>
      <w:proofErr w:type="spellStart"/>
      <w:r>
        <w:t>profiel</w:t>
      </w:r>
      <w:proofErr w:type="spellEnd"/>
      <w:r>
        <w:t xml:space="preserve"> is </w:t>
      </w:r>
      <w:proofErr w:type="spellStart"/>
      <w:r>
        <w:t>gebruikt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wanneer</w:t>
      </w:r>
      <w:proofErr w:type="spellEnd"/>
      <w:r>
        <w:t xml:space="preserve"> </w:t>
      </w:r>
      <w:proofErr w:type="spellStart"/>
      <w:r>
        <w:t>herhaling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 is.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bewaart</w:t>
      </w:r>
      <w:proofErr w:type="spellEnd"/>
      <w:r>
        <w:t xml:space="preserve"> </w:t>
      </w:r>
      <w:r w:rsidR="002F1686">
        <w:t xml:space="preserve"> de </w:t>
      </w:r>
      <w:r>
        <w:t xml:space="preserve">VOG. Een </w:t>
      </w:r>
      <w:proofErr w:type="spellStart"/>
      <w:r>
        <w:t>weigering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zorgvuldig</w:t>
      </w:r>
      <w:proofErr w:type="spellEnd"/>
      <w:r>
        <w:t xml:space="preserve"> </w:t>
      </w:r>
      <w:proofErr w:type="spellStart"/>
      <w:r>
        <w:t>besproken</w:t>
      </w:r>
      <w:proofErr w:type="spellEnd"/>
      <w:r>
        <w:t xml:space="preserve">; </w:t>
      </w:r>
      <w:proofErr w:type="spellStart"/>
      <w:r>
        <w:t>zonder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VOG </w:t>
      </w:r>
      <w:proofErr w:type="spellStart"/>
      <w:r>
        <w:t>kan</w:t>
      </w:r>
      <w:proofErr w:type="spellEnd"/>
      <w:r>
        <w:t xml:space="preserve"> de </w:t>
      </w:r>
      <w:proofErr w:type="spellStart"/>
      <w:r>
        <w:t>betrokkene</w:t>
      </w:r>
      <w:proofErr w:type="spellEnd"/>
      <w:r>
        <w:t xml:space="preserve"> de </w:t>
      </w:r>
      <w:proofErr w:type="spellStart"/>
      <w:r>
        <w:t>begeleidende</w:t>
      </w:r>
      <w:proofErr w:type="spellEnd"/>
      <w:r>
        <w:t xml:space="preserve"> </w:t>
      </w:r>
      <w:proofErr w:type="spellStart"/>
      <w:r>
        <w:t>functie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vervullen</w:t>
      </w:r>
      <w:proofErr w:type="spellEnd"/>
      <w:r>
        <w:t>.</w:t>
      </w:r>
    </w:p>
    <w:p w14:paraId="28502D03" w14:textId="77777777" w:rsidR="006911A6" w:rsidRDefault="00000000">
      <w:pPr>
        <w:keepLines/>
      </w:pPr>
      <w:r>
        <w:t xml:space="preserve">Bij </w:t>
      </w:r>
      <w:proofErr w:type="spellStart"/>
      <w:r>
        <w:t>invoering</w:t>
      </w:r>
      <w:proofErr w:type="spellEnd"/>
      <w:r>
        <w:t xml:space="preserve"> </w:t>
      </w:r>
      <w:proofErr w:type="spellStart"/>
      <w:r>
        <w:t>controleert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de </w:t>
      </w:r>
      <w:proofErr w:type="spellStart"/>
      <w:r>
        <w:t>bestaande</w:t>
      </w:r>
      <w:proofErr w:type="spellEnd"/>
      <w:r>
        <w:t xml:space="preserve"> </w:t>
      </w:r>
      <w:proofErr w:type="spellStart"/>
      <w:r>
        <w:t>begeleiders</w:t>
      </w:r>
      <w:proofErr w:type="spellEnd"/>
      <w:r>
        <w:t xml:space="preserve">. Wie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eisen</w:t>
      </w:r>
      <w:proofErr w:type="spellEnd"/>
      <w:r>
        <w:t xml:space="preserve"> </w:t>
      </w:r>
      <w:proofErr w:type="spellStart"/>
      <w:r>
        <w:t>voldoet</w:t>
      </w:r>
      <w:proofErr w:type="spellEnd"/>
      <w:r>
        <w:t xml:space="preserve">, </w:t>
      </w:r>
      <w:proofErr w:type="spellStart"/>
      <w:r>
        <w:t>wordt</w:t>
      </w:r>
      <w:proofErr w:type="spellEnd"/>
      <w:r>
        <w:t xml:space="preserve"> pas weer </w:t>
      </w:r>
      <w:proofErr w:type="spellStart"/>
      <w:r>
        <w:t>ingezet</w:t>
      </w:r>
      <w:proofErr w:type="spellEnd"/>
      <w:r>
        <w:t xml:space="preserve"> </w:t>
      </w:r>
      <w:proofErr w:type="spellStart"/>
      <w:r>
        <w:t>zodra</w:t>
      </w:r>
      <w:proofErr w:type="spellEnd"/>
      <w:r>
        <w:t xml:space="preserve"> de </w:t>
      </w:r>
      <w:proofErr w:type="spellStart"/>
      <w:r>
        <w:t>benodigde</w:t>
      </w:r>
      <w:proofErr w:type="spellEnd"/>
      <w:r>
        <w:t xml:space="preserve"> </w:t>
      </w:r>
      <w:proofErr w:type="spellStart"/>
      <w:r>
        <w:t>controle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ondertekening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afgerond</w:t>
      </w:r>
      <w:proofErr w:type="spellEnd"/>
      <w:r>
        <w:t>.</w:t>
      </w:r>
    </w:p>
    <w:p w14:paraId="26DB89C2" w14:textId="77777777" w:rsidR="006911A6" w:rsidRDefault="00000000">
      <w:pPr>
        <w:pStyle w:val="Kop2"/>
      </w:pPr>
      <w:r>
        <w:t xml:space="preserve">6 </w:t>
      </w:r>
      <w:proofErr w:type="spellStart"/>
      <w:r>
        <w:t>Voorlichting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risicoanalyse</w:t>
      </w:r>
      <w:proofErr w:type="spellEnd"/>
    </w:p>
    <w:p w14:paraId="4F40A943" w14:textId="77777777" w:rsidR="006911A6" w:rsidRDefault="00000000">
      <w:pPr>
        <w:keepLines/>
      </w:pPr>
      <w:proofErr w:type="spellStart"/>
      <w:r>
        <w:t>Minimaal</w:t>
      </w:r>
      <w:proofErr w:type="spellEnd"/>
      <w:r>
        <w:t xml:space="preserve"> </w:t>
      </w:r>
      <w:proofErr w:type="spellStart"/>
      <w:r>
        <w:t>eenmaal</w:t>
      </w:r>
      <w:proofErr w:type="spellEnd"/>
      <w:r>
        <w:t xml:space="preserve"> per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bespreken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de </w:t>
      </w:r>
      <w:proofErr w:type="spellStart"/>
      <w:r>
        <w:t>gedragscode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praktijksituaties</w:t>
      </w:r>
      <w:proofErr w:type="spellEnd"/>
      <w:r>
        <w:t xml:space="preserve">.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krijgen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uitleg</w:t>
      </w:r>
      <w:proofErr w:type="spellEnd"/>
      <w:r>
        <w:t xml:space="preserve"> </w:t>
      </w:r>
      <w:proofErr w:type="spellStart"/>
      <w:r>
        <w:t>vóór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start.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ontvangen</w:t>
      </w:r>
      <w:proofErr w:type="spellEnd"/>
      <w:r>
        <w:t xml:space="preserve"> </w:t>
      </w:r>
      <w:proofErr w:type="spellStart"/>
      <w:r>
        <w:t>informatie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inschrijving</w:t>
      </w:r>
      <w:proofErr w:type="spellEnd"/>
      <w:r>
        <w:t xml:space="preserve">. </w:t>
      </w:r>
      <w:proofErr w:type="spellStart"/>
      <w:r>
        <w:t>Kinderen</w:t>
      </w:r>
      <w:proofErr w:type="spellEnd"/>
      <w:r>
        <w:t xml:space="preserve"> </w:t>
      </w:r>
      <w:proofErr w:type="spellStart"/>
      <w:r>
        <w:t>krijgen</w:t>
      </w:r>
      <w:proofErr w:type="spellEnd"/>
      <w:r>
        <w:t xml:space="preserve"> </w:t>
      </w:r>
      <w:proofErr w:type="spellStart"/>
      <w:r>
        <w:t>begrijpelijke</w:t>
      </w:r>
      <w:proofErr w:type="spellEnd"/>
      <w:r>
        <w:t xml:space="preserve"> </w:t>
      </w:r>
      <w:proofErr w:type="spellStart"/>
      <w:r>
        <w:t>uitleg</w:t>
      </w:r>
      <w:proofErr w:type="spellEnd"/>
      <w:r>
        <w:t xml:space="preserve">: je mag nee </w:t>
      </w:r>
      <w:proofErr w:type="spellStart"/>
      <w:r>
        <w:t>zeggen</w:t>
      </w:r>
      <w:proofErr w:type="spellEnd"/>
      <w:r>
        <w:t xml:space="preserve">, je mag </w:t>
      </w:r>
      <w:proofErr w:type="spellStart"/>
      <w:r>
        <w:t>hulp</w:t>
      </w:r>
      <w:proofErr w:type="spellEnd"/>
      <w:r>
        <w:t xml:space="preserve"> </w:t>
      </w:r>
      <w:proofErr w:type="spellStart"/>
      <w:r>
        <w:t>vragen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je </w:t>
      </w:r>
      <w:proofErr w:type="spellStart"/>
      <w:r>
        <w:t>krijgt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</w:t>
      </w:r>
      <w:proofErr w:type="spellStart"/>
      <w:r>
        <w:t>straf</w:t>
      </w:r>
      <w:proofErr w:type="spellEnd"/>
      <w:r>
        <w:t xml:space="preserve"> </w:t>
      </w:r>
      <w:proofErr w:type="spellStart"/>
      <w:r>
        <w:t>omdat</w:t>
      </w:r>
      <w:proofErr w:type="spellEnd"/>
      <w:r>
        <w:t xml:space="preserve"> je </w:t>
      </w:r>
      <w:proofErr w:type="spellStart"/>
      <w:r>
        <w:t>iets</w:t>
      </w:r>
      <w:proofErr w:type="spellEnd"/>
      <w:r>
        <w:t xml:space="preserve"> </w:t>
      </w:r>
      <w:proofErr w:type="spellStart"/>
      <w:r>
        <w:t>meldt</w:t>
      </w:r>
      <w:proofErr w:type="spellEnd"/>
      <w:r>
        <w:t>.</w:t>
      </w:r>
    </w:p>
    <w:p w14:paraId="7EAA3FFF" w14:textId="77777777" w:rsidR="006911A6" w:rsidRDefault="00000000">
      <w:pPr>
        <w:keepLines/>
      </w:pPr>
      <w:proofErr w:type="spellStart"/>
      <w:r>
        <w:t>Jaarlijks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vóór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activiteit</w:t>
      </w:r>
      <w:proofErr w:type="spellEnd"/>
      <w:r>
        <w:t xml:space="preserve"> </w:t>
      </w:r>
      <w:proofErr w:type="spellStart"/>
      <w:r>
        <w:t>beoordelen</w:t>
      </w:r>
      <w:proofErr w:type="spellEnd"/>
      <w:r>
        <w:t xml:space="preserve">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leiding</w:t>
      </w:r>
      <w:proofErr w:type="spellEnd"/>
      <w:r>
        <w:t xml:space="preserve"> de </w:t>
      </w:r>
      <w:proofErr w:type="spellStart"/>
      <w:r>
        <w:t>risico’s</w:t>
      </w:r>
      <w:proofErr w:type="spellEnd"/>
      <w:r>
        <w:t xml:space="preserve">, zo </w:t>
      </w:r>
      <w:proofErr w:type="spellStart"/>
      <w:r>
        <w:t>mogelijk</w:t>
      </w:r>
      <w:proofErr w:type="spellEnd"/>
      <w:r>
        <w:t xml:space="preserve"> met </w:t>
      </w:r>
      <w:proofErr w:type="spellStart"/>
      <w:r>
        <w:t>inbreng</w:t>
      </w:r>
      <w:proofErr w:type="spellEnd"/>
      <w:r>
        <w:t xml:space="preserve"> van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jongeren</w:t>
      </w:r>
      <w:proofErr w:type="spellEnd"/>
      <w:r>
        <w:t xml:space="preserve">. Zij </w:t>
      </w:r>
      <w:proofErr w:type="spellStart"/>
      <w:r>
        <w:t>kijken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een</w:t>
      </w:r>
      <w:proofErr w:type="spellEnd"/>
      <w:r>
        <w:t>-op-</w:t>
      </w:r>
      <w:proofErr w:type="spellStart"/>
      <w:r>
        <w:t>eencontact</w:t>
      </w:r>
      <w:proofErr w:type="spellEnd"/>
      <w:r>
        <w:t xml:space="preserve">, </w:t>
      </w:r>
      <w:proofErr w:type="spellStart"/>
      <w:r>
        <w:t>afgezonderde</w:t>
      </w:r>
      <w:proofErr w:type="spellEnd"/>
      <w:r>
        <w:t xml:space="preserve"> </w:t>
      </w:r>
      <w:proofErr w:type="spellStart"/>
      <w:r>
        <w:t>ruimtes</w:t>
      </w:r>
      <w:proofErr w:type="spellEnd"/>
      <w:r>
        <w:t xml:space="preserve">, </w:t>
      </w:r>
      <w:proofErr w:type="spellStart"/>
      <w:r>
        <w:t>halen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brengen</w:t>
      </w:r>
      <w:proofErr w:type="spellEnd"/>
      <w:r>
        <w:t xml:space="preserve">, </w:t>
      </w:r>
      <w:proofErr w:type="spellStart"/>
      <w:r>
        <w:t>digitaal</w:t>
      </w:r>
      <w:proofErr w:type="spellEnd"/>
      <w:r>
        <w:t xml:space="preserve"> contact, </w:t>
      </w:r>
      <w:proofErr w:type="spellStart"/>
      <w:r>
        <w:t>lichamelijke</w:t>
      </w:r>
      <w:proofErr w:type="spellEnd"/>
      <w:r>
        <w:t xml:space="preserve"> </w:t>
      </w:r>
      <w:proofErr w:type="spellStart"/>
      <w:r>
        <w:t>hulp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afhankelijkheidsrelaties</w:t>
      </w:r>
      <w:proofErr w:type="spellEnd"/>
      <w:r>
        <w:t xml:space="preserve">. Voor de </w:t>
      </w:r>
      <w:proofErr w:type="spellStart"/>
      <w:r>
        <w:t>timmerclub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spellStart"/>
      <w:r>
        <w:t>toezicht</w:t>
      </w:r>
      <w:proofErr w:type="spellEnd"/>
      <w:r>
        <w:t xml:space="preserve"> op </w:t>
      </w:r>
      <w:proofErr w:type="spellStart"/>
      <w:r>
        <w:t>gereedschap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veilig</w:t>
      </w:r>
      <w:proofErr w:type="spellEnd"/>
      <w:r>
        <w:t xml:space="preserve"> </w:t>
      </w:r>
      <w:proofErr w:type="spellStart"/>
      <w:r>
        <w:t>gebruik</w:t>
      </w:r>
      <w:proofErr w:type="spellEnd"/>
      <w:r>
        <w:t xml:space="preserve"> </w:t>
      </w:r>
      <w:proofErr w:type="spellStart"/>
      <w:r>
        <w:t>meegenomen</w:t>
      </w:r>
      <w:proofErr w:type="spellEnd"/>
      <w:r>
        <w:t xml:space="preserve">. Per </w:t>
      </w:r>
      <w:proofErr w:type="spellStart"/>
      <w:r>
        <w:t>risico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maatregel</w:t>
      </w:r>
      <w:proofErr w:type="spellEnd"/>
      <w:r>
        <w:t xml:space="preserve">, </w:t>
      </w:r>
      <w:proofErr w:type="spellStart"/>
      <w:r>
        <w:t>verantwoordelijke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controledatum</w:t>
      </w:r>
      <w:proofErr w:type="spellEnd"/>
      <w:r>
        <w:t xml:space="preserve"> </w:t>
      </w:r>
      <w:proofErr w:type="spellStart"/>
      <w:r>
        <w:t>vastgelegd</w:t>
      </w:r>
      <w:proofErr w:type="spellEnd"/>
      <w:r>
        <w:t>.</w:t>
      </w:r>
    </w:p>
    <w:p w14:paraId="64661B43" w14:textId="77777777" w:rsidR="006911A6" w:rsidRDefault="00000000">
      <w:r>
        <w:br w:type="page"/>
      </w:r>
    </w:p>
    <w:p w14:paraId="3C30BC78" w14:textId="77777777" w:rsidR="006911A6" w:rsidRDefault="00000000">
      <w:pPr>
        <w:pStyle w:val="Kop1"/>
      </w:pPr>
      <w:proofErr w:type="spellStart"/>
      <w:r>
        <w:lastRenderedPageBreak/>
        <w:t>Praktische</w:t>
      </w:r>
      <w:proofErr w:type="spellEnd"/>
      <w:r>
        <w:t xml:space="preserve"> </w:t>
      </w:r>
      <w:proofErr w:type="spellStart"/>
      <w:r>
        <w:t>afspraken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activiteiten</w:t>
      </w:r>
      <w:proofErr w:type="spellEnd"/>
    </w:p>
    <w:p w14:paraId="34BB2D59" w14:textId="77777777" w:rsidR="006911A6" w:rsidRDefault="00000000">
      <w:pPr>
        <w:pStyle w:val="Kop2"/>
      </w:pPr>
      <w:r>
        <w:t xml:space="preserve">7 </w:t>
      </w:r>
      <w:proofErr w:type="spellStart"/>
      <w:r>
        <w:t>Toezicht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contact</w:t>
      </w:r>
    </w:p>
    <w:p w14:paraId="0BC77C70" w14:textId="77777777" w:rsidR="006911A6" w:rsidRDefault="00000000">
      <w:pPr>
        <w:keepLines/>
      </w:pPr>
      <w:r>
        <w:t xml:space="preserve">Bij </w:t>
      </w:r>
      <w:proofErr w:type="spellStart"/>
      <w:r>
        <w:t>een</w:t>
      </w:r>
      <w:proofErr w:type="spellEnd"/>
      <w:r>
        <w:t xml:space="preserve"> </w:t>
      </w:r>
      <w:proofErr w:type="spellStart"/>
      <w:r>
        <w:t>jeugdactiviteit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minimaal</w:t>
      </w:r>
      <w:proofErr w:type="spellEnd"/>
      <w:r>
        <w:t xml:space="preserve"> twee </w:t>
      </w:r>
      <w:proofErr w:type="spellStart"/>
      <w:r>
        <w:t>toegelaten</w:t>
      </w:r>
      <w:proofErr w:type="spellEnd"/>
      <w:r>
        <w:t xml:space="preserve">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aanwezig</w:t>
      </w:r>
      <w:proofErr w:type="spellEnd"/>
      <w:r>
        <w:t xml:space="preserve">. De </w:t>
      </w:r>
      <w:proofErr w:type="spellStart"/>
      <w:r>
        <w:t>activiteitenleider</w:t>
      </w:r>
      <w:proofErr w:type="spellEnd"/>
      <w:r>
        <w:t xml:space="preserve"> </w:t>
      </w:r>
      <w:proofErr w:type="spellStart"/>
      <w:r>
        <w:t>stemt</w:t>
      </w:r>
      <w:proofErr w:type="spellEnd"/>
      <w:r>
        <w:t xml:space="preserve"> het </w:t>
      </w:r>
      <w:proofErr w:type="spellStart"/>
      <w:r>
        <w:t>aantal</w:t>
      </w:r>
      <w:proofErr w:type="spellEnd"/>
      <w:r>
        <w:t xml:space="preserve">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 op </w:t>
      </w:r>
      <w:proofErr w:type="spellStart"/>
      <w:r>
        <w:t>groepsgrootte</w:t>
      </w:r>
      <w:proofErr w:type="spellEnd"/>
      <w:r>
        <w:t xml:space="preserve">, </w:t>
      </w:r>
      <w:proofErr w:type="spellStart"/>
      <w:r>
        <w:t>leeftijd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activiteit</w:t>
      </w:r>
      <w:proofErr w:type="spellEnd"/>
      <w:r>
        <w:t xml:space="preserve">. </w:t>
      </w:r>
      <w:proofErr w:type="spellStart"/>
      <w:r>
        <w:t>Minderjarige</w:t>
      </w:r>
      <w:proofErr w:type="spellEnd"/>
      <w:r>
        <w:t xml:space="preserve"> </w:t>
      </w:r>
      <w:proofErr w:type="spellStart"/>
      <w:r>
        <w:t>hulpleiders</w:t>
      </w:r>
      <w:proofErr w:type="spellEnd"/>
      <w:r>
        <w:t xml:space="preserve"> </w:t>
      </w:r>
      <w:proofErr w:type="spellStart"/>
      <w:r>
        <w:t>staan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toezicht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vervangen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</w:t>
      </w:r>
      <w:proofErr w:type="spellStart"/>
      <w:r>
        <w:t>verantwoordelijke</w:t>
      </w:r>
      <w:proofErr w:type="spellEnd"/>
      <w:r>
        <w:t xml:space="preserve"> </w:t>
      </w:r>
      <w:proofErr w:type="spellStart"/>
      <w:r>
        <w:t>volwassen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>.</w:t>
      </w:r>
    </w:p>
    <w:p w14:paraId="7EFD84A3" w14:textId="77777777" w:rsidR="006911A6" w:rsidRDefault="00000000">
      <w:pPr>
        <w:keepLines/>
      </w:pPr>
      <w:proofErr w:type="spellStart"/>
      <w:r>
        <w:t>Begeleiders</w:t>
      </w:r>
      <w:proofErr w:type="spellEnd"/>
      <w:r>
        <w:t xml:space="preserve"> </w:t>
      </w:r>
      <w:proofErr w:type="spellStart"/>
      <w:r>
        <w:t>voorkomen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zij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kind in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afgesloten</w:t>
      </w:r>
      <w:proofErr w:type="spellEnd"/>
      <w:r>
        <w:t xml:space="preserve"> of </w:t>
      </w:r>
      <w:proofErr w:type="spellStart"/>
      <w:r>
        <w:t>onzichtbare</w:t>
      </w:r>
      <w:proofErr w:type="spellEnd"/>
      <w:r>
        <w:t xml:space="preserve"> </w:t>
      </w:r>
      <w:proofErr w:type="spellStart"/>
      <w:r>
        <w:t>ruimte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. Een </w:t>
      </w:r>
      <w:proofErr w:type="spellStart"/>
      <w:r>
        <w:t>persoonlijk</w:t>
      </w:r>
      <w:proofErr w:type="spellEnd"/>
      <w:r>
        <w:t xml:space="preserve"> </w:t>
      </w:r>
      <w:proofErr w:type="spellStart"/>
      <w:r>
        <w:t>gesprek</w:t>
      </w:r>
      <w:proofErr w:type="spellEnd"/>
      <w:r>
        <w:t xml:space="preserve"> </w:t>
      </w:r>
      <w:proofErr w:type="spellStart"/>
      <w:r>
        <w:t>vindt</w:t>
      </w:r>
      <w:proofErr w:type="spellEnd"/>
      <w:r>
        <w:t xml:space="preserve"> </w:t>
      </w:r>
      <w:proofErr w:type="spellStart"/>
      <w:r>
        <w:t>plaats</w:t>
      </w:r>
      <w:proofErr w:type="spellEnd"/>
      <w:r>
        <w:t xml:space="preserve"> op </w:t>
      </w:r>
      <w:proofErr w:type="spellStart"/>
      <w:r>
        <w:t>een</w:t>
      </w:r>
      <w:proofErr w:type="spellEnd"/>
      <w:r>
        <w:t xml:space="preserve"> </w:t>
      </w:r>
      <w:proofErr w:type="spellStart"/>
      <w:r>
        <w:t>rustige</w:t>
      </w:r>
      <w:proofErr w:type="spellEnd"/>
      <w:r>
        <w:t xml:space="preserve"> </w:t>
      </w:r>
      <w:proofErr w:type="spellStart"/>
      <w:r>
        <w:t>plek</w:t>
      </w:r>
      <w:proofErr w:type="spellEnd"/>
      <w:r>
        <w:t xml:space="preserve"> die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tweede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 xml:space="preserve"> </w:t>
      </w:r>
      <w:proofErr w:type="spellStart"/>
      <w:r>
        <w:t>zichtbaar</w:t>
      </w:r>
      <w:proofErr w:type="spellEnd"/>
      <w:r>
        <w:t xml:space="preserve"> of </w:t>
      </w:r>
      <w:proofErr w:type="spellStart"/>
      <w:r>
        <w:t>toegankelijk</w:t>
      </w:r>
      <w:proofErr w:type="spellEnd"/>
      <w:r>
        <w:t xml:space="preserve"> </w:t>
      </w:r>
      <w:proofErr w:type="spellStart"/>
      <w:r>
        <w:t>blijft</w:t>
      </w:r>
      <w:proofErr w:type="spellEnd"/>
      <w:r>
        <w:t xml:space="preserve">, met </w:t>
      </w:r>
      <w:proofErr w:type="spellStart"/>
      <w:r>
        <w:t>voldoende</w:t>
      </w:r>
      <w:proofErr w:type="spellEnd"/>
      <w:r>
        <w:t xml:space="preserve"> respect </w:t>
      </w:r>
      <w:proofErr w:type="spellStart"/>
      <w:r>
        <w:t>voor</w:t>
      </w:r>
      <w:proofErr w:type="spellEnd"/>
      <w:r>
        <w:t xml:space="preserve"> de privacy. Als de </w:t>
      </w:r>
      <w:proofErr w:type="spellStart"/>
      <w:r>
        <w:t>bezetting</w:t>
      </w:r>
      <w:proofErr w:type="spellEnd"/>
      <w:r>
        <w:t xml:space="preserve"> </w:t>
      </w:r>
      <w:proofErr w:type="spellStart"/>
      <w:r>
        <w:t>onvoldoende</w:t>
      </w:r>
      <w:proofErr w:type="spellEnd"/>
      <w:r>
        <w:t xml:space="preserve"> is, </w:t>
      </w:r>
      <w:proofErr w:type="spellStart"/>
      <w:r>
        <w:t>passen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de </w:t>
      </w:r>
      <w:proofErr w:type="spellStart"/>
      <w:r>
        <w:t>activiteit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of </w:t>
      </w:r>
      <w:proofErr w:type="spellStart"/>
      <w:r>
        <w:t>stellen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uit</w:t>
      </w:r>
      <w:proofErr w:type="spellEnd"/>
      <w:r>
        <w:t>.</w:t>
      </w:r>
    </w:p>
    <w:p w14:paraId="5ED66B02" w14:textId="77777777" w:rsidR="006911A6" w:rsidRDefault="00000000">
      <w:pPr>
        <w:keepLines/>
      </w:pPr>
      <w:proofErr w:type="spellStart"/>
      <w:r>
        <w:t>Noodzakelijke</w:t>
      </w:r>
      <w:proofErr w:type="spellEnd"/>
      <w:r>
        <w:t xml:space="preserve"> </w:t>
      </w:r>
      <w:proofErr w:type="spellStart"/>
      <w:r>
        <w:t>uitzonderingen</w:t>
      </w:r>
      <w:proofErr w:type="spellEnd"/>
      <w:r>
        <w:t xml:space="preserve">, </w:t>
      </w:r>
      <w:proofErr w:type="spellStart"/>
      <w:r>
        <w:t>bijvoorbeeld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eerste</w:t>
      </w:r>
      <w:proofErr w:type="spellEnd"/>
      <w:r>
        <w:t xml:space="preserve"> </w:t>
      </w:r>
      <w:proofErr w:type="spellStart"/>
      <w:r>
        <w:t>hulp</w:t>
      </w:r>
      <w:proofErr w:type="spellEnd"/>
      <w:r>
        <w:t xml:space="preserve"> of </w:t>
      </w:r>
      <w:proofErr w:type="spellStart"/>
      <w:r>
        <w:t>acuut</w:t>
      </w:r>
      <w:proofErr w:type="spellEnd"/>
      <w:r>
        <w:t xml:space="preserve"> </w:t>
      </w:r>
      <w:proofErr w:type="spellStart"/>
      <w:r>
        <w:t>gevaar</w:t>
      </w:r>
      <w:proofErr w:type="spellEnd"/>
      <w:r>
        <w:t xml:space="preserve">, </w:t>
      </w:r>
      <w:proofErr w:type="spellStart"/>
      <w:r>
        <w:t>worden</w:t>
      </w:r>
      <w:proofErr w:type="spellEnd"/>
      <w:r>
        <w:t xml:space="preserve"> zo </w:t>
      </w:r>
      <w:proofErr w:type="spellStart"/>
      <w:r>
        <w:t>kort</w:t>
      </w:r>
      <w:proofErr w:type="spellEnd"/>
      <w:r>
        <w:t xml:space="preserve"> </w:t>
      </w:r>
      <w:proofErr w:type="spellStart"/>
      <w:r>
        <w:t>mogelijk</w:t>
      </w:r>
      <w:proofErr w:type="spellEnd"/>
      <w:r>
        <w:t xml:space="preserve"> </w:t>
      </w:r>
      <w:proofErr w:type="spellStart"/>
      <w:r>
        <w:t>gehouden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achteraf</w:t>
      </w:r>
      <w:proofErr w:type="spellEnd"/>
      <w:r>
        <w:t xml:space="preserve"> </w:t>
      </w:r>
      <w:proofErr w:type="spellStart"/>
      <w:r>
        <w:t>gemeld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activiteitenleider</w:t>
      </w:r>
      <w:proofErr w:type="spellEnd"/>
      <w:r>
        <w:t xml:space="preserve">. De </w:t>
      </w:r>
      <w:proofErr w:type="spellStart"/>
      <w:r>
        <w:t>reden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vervolgmaatregel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vastgelegd</w:t>
      </w:r>
      <w:proofErr w:type="spellEnd"/>
      <w:r>
        <w:t>.</w:t>
      </w:r>
    </w:p>
    <w:p w14:paraId="62D40710" w14:textId="77777777" w:rsidR="006911A6" w:rsidRDefault="00000000">
      <w:pPr>
        <w:pStyle w:val="Kop2"/>
      </w:pPr>
      <w:r>
        <w:t xml:space="preserve">8 Halen </w:t>
      </w:r>
      <w:proofErr w:type="spellStart"/>
      <w:r>
        <w:t>en</w:t>
      </w:r>
      <w:proofErr w:type="spellEnd"/>
      <w:r>
        <w:t xml:space="preserve"> </w:t>
      </w:r>
      <w:proofErr w:type="spellStart"/>
      <w:r>
        <w:t>brengen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lichamelijke</w:t>
      </w:r>
      <w:proofErr w:type="spellEnd"/>
      <w:r>
        <w:t xml:space="preserve"> </w:t>
      </w:r>
      <w:proofErr w:type="spellStart"/>
      <w:r>
        <w:t>hulp</w:t>
      </w:r>
      <w:proofErr w:type="spellEnd"/>
    </w:p>
    <w:p w14:paraId="7B1FDAC2" w14:textId="77777777" w:rsidR="006911A6" w:rsidRDefault="00000000">
      <w:pPr>
        <w:keepLines/>
      </w:pPr>
      <w:r>
        <w:t xml:space="preserve">Bij </w:t>
      </w:r>
      <w:proofErr w:type="spellStart"/>
      <w:r>
        <w:t>jonge</w:t>
      </w:r>
      <w:proofErr w:type="spellEnd"/>
      <w:r>
        <w:t xml:space="preserve"> </w:t>
      </w:r>
      <w:proofErr w:type="spellStart"/>
      <w:r>
        <w:t>kinderen</w:t>
      </w:r>
      <w:proofErr w:type="spellEnd"/>
      <w:r>
        <w:t xml:space="preserve"> </w:t>
      </w:r>
      <w:proofErr w:type="spellStart"/>
      <w:r>
        <w:t>spreken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met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 hen </w:t>
      </w:r>
      <w:proofErr w:type="spellStart"/>
      <w:r>
        <w:t>ophaalt</w:t>
      </w:r>
      <w:proofErr w:type="spellEnd"/>
      <w:r>
        <w:t xml:space="preserve">. De </w:t>
      </w:r>
      <w:proofErr w:type="spellStart"/>
      <w:r>
        <w:t>leiding</w:t>
      </w:r>
      <w:proofErr w:type="spellEnd"/>
      <w:r>
        <w:t xml:space="preserve"> </w:t>
      </w:r>
      <w:proofErr w:type="spellStart"/>
      <w:r>
        <w:t>houdt</w:t>
      </w:r>
      <w:proofErr w:type="spellEnd"/>
      <w:r>
        <w:t xml:space="preserve"> </w:t>
      </w:r>
      <w:proofErr w:type="spellStart"/>
      <w:r>
        <w:t>overzicht</w:t>
      </w:r>
      <w:proofErr w:type="spellEnd"/>
      <w:r>
        <w:t xml:space="preserve"> tot de </w:t>
      </w:r>
      <w:proofErr w:type="spellStart"/>
      <w:r>
        <w:t>overdracht</w:t>
      </w:r>
      <w:proofErr w:type="spellEnd"/>
      <w:r>
        <w:t xml:space="preserve">; </w:t>
      </w:r>
      <w:proofErr w:type="spellStart"/>
      <w:r>
        <w:t>oudere</w:t>
      </w:r>
      <w:proofErr w:type="spellEnd"/>
      <w:r>
        <w:t xml:space="preserve"> </w:t>
      </w:r>
      <w:proofErr w:type="spellStart"/>
      <w:r>
        <w:t>jongeren</w:t>
      </w:r>
      <w:proofErr w:type="spellEnd"/>
      <w:r>
        <w:t xml:space="preserve"> </w:t>
      </w:r>
      <w:proofErr w:type="spellStart"/>
      <w:r>
        <w:t>vertrekken</w:t>
      </w:r>
      <w:proofErr w:type="spellEnd"/>
      <w:r>
        <w:t xml:space="preserve"> </w:t>
      </w:r>
      <w:proofErr w:type="spellStart"/>
      <w:r>
        <w:t>zelfstandig</w:t>
      </w:r>
      <w:proofErr w:type="spellEnd"/>
      <w:r>
        <w:t xml:space="preserve"> </w:t>
      </w:r>
      <w:proofErr w:type="spellStart"/>
      <w:r>
        <w:t>volgens</w:t>
      </w:r>
      <w:proofErr w:type="spellEnd"/>
      <w:r>
        <w:t xml:space="preserve"> de </w:t>
      </w:r>
      <w:proofErr w:type="spellStart"/>
      <w:r>
        <w:t>vooraf</w:t>
      </w:r>
      <w:proofErr w:type="spellEnd"/>
      <w:r>
        <w:t xml:space="preserve"> </w:t>
      </w:r>
      <w:proofErr w:type="spellStart"/>
      <w:r>
        <w:t>gemaakte</w:t>
      </w:r>
      <w:proofErr w:type="spellEnd"/>
      <w:r>
        <w:t xml:space="preserve"> </w:t>
      </w:r>
      <w:proofErr w:type="spellStart"/>
      <w:r>
        <w:t>afspraken</w:t>
      </w:r>
      <w:proofErr w:type="spellEnd"/>
      <w:r>
        <w:t xml:space="preserve"> met </w:t>
      </w:r>
      <w:proofErr w:type="spellStart"/>
      <w:r>
        <w:t>ouders</w:t>
      </w:r>
      <w:proofErr w:type="spellEnd"/>
      <w:r>
        <w:t xml:space="preserve">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voorkomen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afloop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achterblijvend</w:t>
      </w:r>
      <w:proofErr w:type="spellEnd"/>
      <w:r>
        <w:t xml:space="preserve"> kind is.</w:t>
      </w:r>
    </w:p>
    <w:p w14:paraId="10183E8A" w14:textId="77777777" w:rsidR="006911A6" w:rsidRDefault="00000000">
      <w:pPr>
        <w:keepLines/>
      </w:pPr>
      <w:r>
        <w:t xml:space="preserve">Vervoer door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vrijwilliger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vooraf</w:t>
      </w:r>
      <w:proofErr w:type="spellEnd"/>
      <w:r>
        <w:t xml:space="preserve"> met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activiteitenleider</w:t>
      </w:r>
      <w:proofErr w:type="spellEnd"/>
      <w:r>
        <w:t xml:space="preserve"> </w:t>
      </w:r>
      <w:proofErr w:type="spellStart"/>
      <w:r>
        <w:t>afgesproken</w:t>
      </w:r>
      <w:proofErr w:type="spellEnd"/>
      <w:r>
        <w:t xml:space="preserve">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vermijden</w:t>
      </w:r>
      <w:proofErr w:type="spellEnd"/>
      <w:r>
        <w:t xml:space="preserve"> </w:t>
      </w:r>
      <w:proofErr w:type="spellStart"/>
      <w:r>
        <w:t>vervoer</w:t>
      </w:r>
      <w:proofErr w:type="spellEnd"/>
      <w:r>
        <w:t xml:space="preserve"> van </w:t>
      </w:r>
      <w:proofErr w:type="spellStart"/>
      <w:r>
        <w:t>één</w:t>
      </w:r>
      <w:proofErr w:type="spellEnd"/>
      <w:r>
        <w:t xml:space="preserve"> kind door </w:t>
      </w:r>
      <w:proofErr w:type="spellStart"/>
      <w:r>
        <w:t>één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 xml:space="preserve">. Bij </w:t>
      </w:r>
      <w:proofErr w:type="spellStart"/>
      <w:r>
        <w:t>onvermijdelijke</w:t>
      </w:r>
      <w:proofErr w:type="spellEnd"/>
      <w:r>
        <w:t xml:space="preserve"> </w:t>
      </w:r>
      <w:proofErr w:type="spellStart"/>
      <w:r>
        <w:t>afwijkingen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reden</w:t>
      </w:r>
      <w:proofErr w:type="spellEnd"/>
      <w:r>
        <w:t xml:space="preserve">, route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verwachte</w:t>
      </w:r>
      <w:proofErr w:type="spellEnd"/>
      <w:r>
        <w:t xml:space="preserve"> </w:t>
      </w:r>
      <w:proofErr w:type="spellStart"/>
      <w:r>
        <w:t>aankomst</w:t>
      </w:r>
      <w:proofErr w:type="spellEnd"/>
      <w:r>
        <w:t xml:space="preserve"> </w:t>
      </w:r>
      <w:proofErr w:type="spellStart"/>
      <w:r>
        <w:t>vooraf</w:t>
      </w:r>
      <w:proofErr w:type="spellEnd"/>
      <w:r>
        <w:t xml:space="preserve"> </w:t>
      </w:r>
      <w:proofErr w:type="spellStart"/>
      <w:r>
        <w:t>gedeeld</w:t>
      </w:r>
      <w:proofErr w:type="spellEnd"/>
      <w:r>
        <w:t xml:space="preserve">, </w:t>
      </w:r>
      <w:proofErr w:type="spellStart"/>
      <w:r>
        <w:t>behalve</w:t>
      </w:r>
      <w:proofErr w:type="spellEnd"/>
      <w:r>
        <w:t xml:space="preserve"> </w:t>
      </w:r>
      <w:proofErr w:type="spellStart"/>
      <w:r>
        <w:t>wanneer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acute </w:t>
      </w:r>
      <w:proofErr w:type="spellStart"/>
      <w:r>
        <w:t>noodsituatie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onmogelijk</w:t>
      </w:r>
      <w:proofErr w:type="spellEnd"/>
      <w:r>
        <w:t xml:space="preserve"> </w:t>
      </w:r>
      <w:proofErr w:type="spellStart"/>
      <w:r>
        <w:t>maakt</w:t>
      </w:r>
      <w:proofErr w:type="spellEnd"/>
      <w:r>
        <w:t>.</w:t>
      </w:r>
    </w:p>
    <w:p w14:paraId="0D23E391" w14:textId="77777777" w:rsidR="006911A6" w:rsidRDefault="00000000">
      <w:pPr>
        <w:keepLines/>
      </w:pPr>
      <w:r>
        <w:t xml:space="preserve">Hulp </w:t>
      </w:r>
      <w:proofErr w:type="spellStart"/>
      <w:r>
        <w:t>bij</w:t>
      </w:r>
      <w:proofErr w:type="spellEnd"/>
      <w:r>
        <w:t xml:space="preserve"> </w:t>
      </w:r>
      <w:proofErr w:type="spellStart"/>
      <w:r>
        <w:t>toiletbezoek</w:t>
      </w:r>
      <w:proofErr w:type="spellEnd"/>
      <w:r>
        <w:t xml:space="preserve">, </w:t>
      </w:r>
      <w:proofErr w:type="spellStart"/>
      <w:r>
        <w:t>omkleden</w:t>
      </w:r>
      <w:proofErr w:type="spellEnd"/>
      <w:r>
        <w:t xml:space="preserve"> of </w:t>
      </w:r>
      <w:proofErr w:type="spellStart"/>
      <w:r>
        <w:t>verzorging</w:t>
      </w:r>
      <w:proofErr w:type="spellEnd"/>
      <w:r>
        <w:t xml:space="preserve"> </w:t>
      </w:r>
      <w:proofErr w:type="spellStart"/>
      <w:r>
        <w:t>gebeurt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noodzakelijk</w:t>
      </w:r>
      <w:proofErr w:type="spellEnd"/>
      <w:r>
        <w:t xml:space="preserve"> is </w:t>
      </w:r>
      <w:proofErr w:type="spellStart"/>
      <w:r>
        <w:t>en</w:t>
      </w:r>
      <w:proofErr w:type="spellEnd"/>
      <w:r>
        <w:t xml:space="preserve"> met respect </w:t>
      </w:r>
      <w:proofErr w:type="spellStart"/>
      <w:r>
        <w:t>voor</w:t>
      </w:r>
      <w:proofErr w:type="spellEnd"/>
      <w:r>
        <w:t xml:space="preserve"> privacy. Een </w:t>
      </w:r>
      <w:proofErr w:type="spellStart"/>
      <w:r>
        <w:t>tweede</w:t>
      </w:r>
      <w:proofErr w:type="spellEnd"/>
      <w:r>
        <w:t xml:space="preserve"> </w:t>
      </w:r>
      <w:proofErr w:type="spellStart"/>
      <w:r>
        <w:t>begeleider</w:t>
      </w:r>
      <w:proofErr w:type="spellEnd"/>
      <w:r>
        <w:t xml:space="preserve"> </w:t>
      </w:r>
      <w:proofErr w:type="spellStart"/>
      <w:r>
        <w:t>weet</w:t>
      </w:r>
      <w:proofErr w:type="spellEnd"/>
      <w:r>
        <w:t xml:space="preserve"> van de </w:t>
      </w:r>
      <w:proofErr w:type="spellStart"/>
      <w:r>
        <w:t>hulp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blijft</w:t>
      </w:r>
      <w:proofErr w:type="spellEnd"/>
      <w:r>
        <w:t xml:space="preserve"> </w:t>
      </w:r>
      <w:proofErr w:type="spellStart"/>
      <w:r>
        <w:t>nabij</w:t>
      </w:r>
      <w:proofErr w:type="spellEnd"/>
      <w:r>
        <w:t xml:space="preserve">. Bij </w:t>
      </w:r>
      <w:proofErr w:type="spellStart"/>
      <w:r>
        <w:t>structurele</w:t>
      </w:r>
      <w:proofErr w:type="spellEnd"/>
      <w:r>
        <w:t xml:space="preserve"> </w:t>
      </w:r>
      <w:proofErr w:type="spellStart"/>
      <w:r>
        <w:t>hulpbehoeften</w:t>
      </w:r>
      <w:proofErr w:type="spellEnd"/>
      <w:r>
        <w:t xml:space="preserve"> </w:t>
      </w:r>
      <w:proofErr w:type="spellStart"/>
      <w:r>
        <w:t>maken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vooraf</w:t>
      </w:r>
      <w:proofErr w:type="spellEnd"/>
      <w:r>
        <w:t xml:space="preserve"> </w:t>
      </w:r>
      <w:proofErr w:type="spellStart"/>
      <w:r>
        <w:t>afspraken</w:t>
      </w:r>
      <w:proofErr w:type="spellEnd"/>
      <w:r>
        <w:t xml:space="preserve"> met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het kind. Niemand </w:t>
      </w:r>
      <w:proofErr w:type="spellStart"/>
      <w:r>
        <w:t>dwingt</w:t>
      </w:r>
      <w:proofErr w:type="spellEnd"/>
      <w:r>
        <w:t xml:space="preserve"> </w:t>
      </w:r>
      <w:proofErr w:type="spellStart"/>
      <w:r>
        <w:t>lichamelijk</w:t>
      </w:r>
      <w:proofErr w:type="spellEnd"/>
      <w:r>
        <w:t xml:space="preserve"> contact </w:t>
      </w:r>
      <w:proofErr w:type="spellStart"/>
      <w:r>
        <w:t>af</w:t>
      </w:r>
      <w:proofErr w:type="spellEnd"/>
      <w:r>
        <w:t>.</w:t>
      </w:r>
    </w:p>
    <w:p w14:paraId="34DDE454" w14:textId="77777777" w:rsidR="006911A6" w:rsidRDefault="00000000">
      <w:pPr>
        <w:pStyle w:val="Kop2"/>
      </w:pPr>
      <w:r>
        <w:t xml:space="preserve">9 </w:t>
      </w:r>
      <w:proofErr w:type="spellStart"/>
      <w:r>
        <w:t>Digitaal</w:t>
      </w:r>
      <w:proofErr w:type="spellEnd"/>
      <w:r>
        <w:t xml:space="preserve"> contact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beelden</w:t>
      </w:r>
      <w:proofErr w:type="spellEnd"/>
    </w:p>
    <w:p w14:paraId="3F8D3C43" w14:textId="77777777" w:rsidR="006911A6" w:rsidRDefault="00000000">
      <w:pPr>
        <w:keepLines/>
      </w:pPr>
      <w:proofErr w:type="spellStart"/>
      <w:r>
        <w:t>Praktische</w:t>
      </w:r>
      <w:proofErr w:type="spellEnd"/>
      <w:r>
        <w:t xml:space="preserve"> </w:t>
      </w:r>
      <w:proofErr w:type="spellStart"/>
      <w:r>
        <w:t>communicatie</w:t>
      </w:r>
      <w:proofErr w:type="spellEnd"/>
      <w:r>
        <w:t xml:space="preserve"> </w:t>
      </w:r>
      <w:proofErr w:type="spellStart"/>
      <w:r>
        <w:t>verloopt</w:t>
      </w:r>
      <w:proofErr w:type="spellEnd"/>
      <w:r>
        <w:t xml:space="preserve"> via </w:t>
      </w:r>
      <w:proofErr w:type="spellStart"/>
      <w:r>
        <w:t>afgesproken</w:t>
      </w:r>
      <w:proofErr w:type="spellEnd"/>
      <w:r>
        <w:t xml:space="preserve"> </w:t>
      </w:r>
      <w:proofErr w:type="spellStart"/>
      <w:r>
        <w:t>kanalen</w:t>
      </w:r>
      <w:proofErr w:type="spellEnd"/>
      <w:r>
        <w:t xml:space="preserve">, </w:t>
      </w:r>
      <w:proofErr w:type="spellStart"/>
      <w:r>
        <w:t>bij</w:t>
      </w:r>
      <w:proofErr w:type="spellEnd"/>
      <w:r>
        <w:t xml:space="preserve"> </w:t>
      </w:r>
      <w:proofErr w:type="spellStart"/>
      <w:r>
        <w:t>voorkeur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groep</w:t>
      </w:r>
      <w:proofErr w:type="spellEnd"/>
      <w:r>
        <w:t xml:space="preserve"> met ten </w:t>
      </w:r>
      <w:proofErr w:type="spellStart"/>
      <w:r>
        <w:t>minste</w:t>
      </w:r>
      <w:proofErr w:type="spellEnd"/>
      <w:r>
        <w:t xml:space="preserve"> twee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</w:t>
      </w:r>
      <w:proofErr w:type="spellStart"/>
      <w:r>
        <w:t>betrokkenheid</w:t>
      </w:r>
      <w:proofErr w:type="spellEnd"/>
      <w:r>
        <w:t xml:space="preserve"> van </w:t>
      </w:r>
      <w:proofErr w:type="spellStart"/>
      <w:r>
        <w:t>ouders</w:t>
      </w:r>
      <w:proofErr w:type="spellEnd"/>
      <w:r>
        <w:t xml:space="preserve">.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gebruiken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</w:t>
      </w:r>
      <w:proofErr w:type="spellStart"/>
      <w:r>
        <w:t>verdwijnende</w:t>
      </w:r>
      <w:proofErr w:type="spellEnd"/>
      <w:r>
        <w:t xml:space="preserve"> </w:t>
      </w:r>
      <w:proofErr w:type="spellStart"/>
      <w:r>
        <w:t>berichten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jeugdwerkcontact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vragen</w:t>
      </w:r>
      <w:proofErr w:type="spellEnd"/>
      <w:r>
        <w:t xml:space="preserve"> </w:t>
      </w:r>
      <w:proofErr w:type="spellStart"/>
      <w:r>
        <w:t>kinderen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om </w:t>
      </w:r>
      <w:proofErr w:type="spellStart"/>
      <w:r>
        <w:t>gesprekken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ouders</w:t>
      </w:r>
      <w:proofErr w:type="spellEnd"/>
      <w:r>
        <w:t xml:space="preserve"> of </w:t>
      </w:r>
      <w:proofErr w:type="spellStart"/>
      <w:r>
        <w:t>leiding</w:t>
      </w:r>
      <w:proofErr w:type="spellEnd"/>
      <w:r>
        <w:t xml:space="preserve"> </w:t>
      </w:r>
      <w:proofErr w:type="spellStart"/>
      <w:r>
        <w:t>geheim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houden</w:t>
      </w:r>
      <w:proofErr w:type="spellEnd"/>
      <w:r>
        <w:t>.</w:t>
      </w:r>
    </w:p>
    <w:p w14:paraId="284DB6B3" w14:textId="77777777" w:rsidR="006911A6" w:rsidRDefault="00000000">
      <w:pPr>
        <w:keepLines/>
      </w:pPr>
      <w:r>
        <w:t xml:space="preserve">Een </w:t>
      </w:r>
      <w:proofErr w:type="spellStart"/>
      <w:r>
        <w:t>individueel</w:t>
      </w:r>
      <w:proofErr w:type="spellEnd"/>
      <w:r>
        <w:t xml:space="preserve"> </w:t>
      </w:r>
      <w:proofErr w:type="spellStart"/>
      <w:r>
        <w:t>bericht</w:t>
      </w:r>
      <w:proofErr w:type="spellEnd"/>
      <w:r>
        <w:t xml:space="preserve"> </w:t>
      </w:r>
      <w:proofErr w:type="spellStart"/>
      <w:r>
        <w:t>beperkt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tot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passend</w:t>
      </w:r>
      <w:proofErr w:type="spellEnd"/>
      <w:r>
        <w:t xml:space="preserve"> </w:t>
      </w:r>
      <w:proofErr w:type="spellStart"/>
      <w:r>
        <w:t>doel</w:t>
      </w:r>
      <w:proofErr w:type="spellEnd"/>
      <w:r>
        <w:t xml:space="preserve">. Een </w:t>
      </w:r>
      <w:proofErr w:type="spellStart"/>
      <w:r>
        <w:t>hulpvraag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jongere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zorgvuldig</w:t>
      </w:r>
      <w:proofErr w:type="spellEnd"/>
      <w:r>
        <w:t xml:space="preserve"> </w:t>
      </w:r>
      <w:proofErr w:type="spellStart"/>
      <w:r>
        <w:t>opgepakt</w:t>
      </w:r>
      <w:proofErr w:type="spellEnd"/>
      <w:r>
        <w:t xml:space="preserve"> via de </w:t>
      </w:r>
      <w:proofErr w:type="spellStart"/>
      <w:r>
        <w:t>meldroute</w:t>
      </w:r>
      <w:proofErr w:type="spellEnd"/>
      <w:r>
        <w:t xml:space="preserve">; </w:t>
      </w:r>
      <w:proofErr w:type="spellStart"/>
      <w:r>
        <w:t>gevoelige</w:t>
      </w:r>
      <w:proofErr w:type="spellEnd"/>
      <w:r>
        <w:t xml:space="preserve"> </w:t>
      </w:r>
      <w:proofErr w:type="spellStart"/>
      <w:r>
        <w:t>inhoud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zonder</w:t>
      </w:r>
      <w:proofErr w:type="spellEnd"/>
      <w:r>
        <w:t xml:space="preserve"> </w:t>
      </w:r>
      <w:proofErr w:type="spellStart"/>
      <w:r>
        <w:t>noodzaak</w:t>
      </w:r>
      <w:proofErr w:type="spellEnd"/>
      <w:r>
        <w:t xml:space="preserve"> in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groep</w:t>
      </w:r>
      <w:proofErr w:type="spellEnd"/>
      <w:r>
        <w:t xml:space="preserve"> </w:t>
      </w:r>
      <w:proofErr w:type="spellStart"/>
      <w:r>
        <w:t>gedeeld</w:t>
      </w:r>
      <w:proofErr w:type="spellEnd"/>
      <w:r>
        <w:t xml:space="preserve">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begrenzen</w:t>
      </w:r>
      <w:proofErr w:type="spellEnd"/>
      <w:r>
        <w:t xml:space="preserve"> </w:t>
      </w:r>
      <w:proofErr w:type="spellStart"/>
      <w:r>
        <w:t>contacttijden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vermijden</w:t>
      </w:r>
      <w:proofErr w:type="spellEnd"/>
      <w:r>
        <w:t xml:space="preserve"> </w:t>
      </w:r>
      <w:proofErr w:type="spellStart"/>
      <w:r>
        <w:t>privécontact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afhankelijkheidsrelatie</w:t>
      </w:r>
      <w:proofErr w:type="spellEnd"/>
      <w:r>
        <w:t xml:space="preserve"> </w:t>
      </w:r>
      <w:proofErr w:type="spellStart"/>
      <w:r>
        <w:t>versterkt</w:t>
      </w:r>
      <w:proofErr w:type="spellEnd"/>
      <w:r>
        <w:t>.</w:t>
      </w:r>
    </w:p>
    <w:p w14:paraId="4866BB22" w14:textId="77777777" w:rsidR="006911A6" w:rsidRDefault="00000000">
      <w:pPr>
        <w:keepLines/>
      </w:pPr>
      <w:r>
        <w:t xml:space="preserve">Voor </w:t>
      </w:r>
      <w:proofErr w:type="spellStart"/>
      <w:r>
        <w:t>herkenbare</w:t>
      </w:r>
      <w:proofErr w:type="spellEnd"/>
      <w:r>
        <w:t xml:space="preserve"> </w:t>
      </w:r>
      <w:proofErr w:type="spellStart"/>
      <w:r>
        <w:t>foto’s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publicatie</w:t>
      </w:r>
      <w:proofErr w:type="spellEnd"/>
      <w:r>
        <w:t xml:space="preserve"> </w:t>
      </w:r>
      <w:proofErr w:type="spellStart"/>
      <w:r>
        <w:t>regelen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</w:t>
      </w:r>
      <w:proofErr w:type="spellStart"/>
      <w:r>
        <w:t>toestemming</w:t>
      </w:r>
      <w:proofErr w:type="spellEnd"/>
      <w:r>
        <w:t xml:space="preserve"> van </w:t>
      </w:r>
      <w:proofErr w:type="spellStart"/>
      <w:r>
        <w:t>ouders</w:t>
      </w:r>
      <w:proofErr w:type="spellEnd"/>
      <w:r>
        <w:t xml:space="preserve"> of </w:t>
      </w:r>
      <w:proofErr w:type="spellStart"/>
      <w:r>
        <w:t>wettelijke</w:t>
      </w:r>
      <w:proofErr w:type="spellEnd"/>
      <w:r>
        <w:t xml:space="preserve"> </w:t>
      </w:r>
      <w:proofErr w:type="spellStart"/>
      <w:r>
        <w:t>vertegenwoordigers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houden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rekening</w:t>
      </w:r>
      <w:proofErr w:type="spellEnd"/>
      <w:r>
        <w:t xml:space="preserve"> met de </w:t>
      </w:r>
      <w:proofErr w:type="spellStart"/>
      <w:r>
        <w:t>wensen</w:t>
      </w:r>
      <w:proofErr w:type="spellEnd"/>
      <w:r>
        <w:t xml:space="preserve"> van het kind. </w:t>
      </w:r>
      <w:proofErr w:type="spellStart"/>
      <w:r>
        <w:t>Deelnemen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spellStart"/>
      <w:r>
        <w:t>zonder</w:t>
      </w:r>
      <w:proofErr w:type="spellEnd"/>
      <w:r>
        <w:t xml:space="preserve"> </w:t>
      </w:r>
      <w:proofErr w:type="spellStart"/>
      <w:r>
        <w:t>toestemming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publicatie</w:t>
      </w:r>
      <w:proofErr w:type="spellEnd"/>
      <w:r>
        <w:t xml:space="preserve">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maken</w:t>
      </w:r>
      <w:proofErr w:type="spellEnd"/>
      <w:r>
        <w:t xml:space="preserve"> </w:t>
      </w:r>
      <w:proofErr w:type="spellStart"/>
      <w:r>
        <w:t>duidelijk</w:t>
      </w:r>
      <w:proofErr w:type="spellEnd"/>
      <w:r>
        <w:t xml:space="preserve"> </w:t>
      </w:r>
      <w:proofErr w:type="spellStart"/>
      <w:r>
        <w:t>waar</w:t>
      </w:r>
      <w:proofErr w:type="spellEnd"/>
      <w:r>
        <w:t xml:space="preserve"> </w:t>
      </w:r>
      <w:proofErr w:type="spellStart"/>
      <w:r>
        <w:t>beelden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gebruikt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 </w:t>
      </w:r>
      <w:proofErr w:type="spellStart"/>
      <w:r>
        <w:t>bezwaar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gemeld</w:t>
      </w:r>
      <w:proofErr w:type="spellEnd"/>
      <w:r>
        <w:t>.</w:t>
      </w:r>
    </w:p>
    <w:p w14:paraId="2825D37B" w14:textId="77777777" w:rsidR="006911A6" w:rsidRDefault="00000000">
      <w:pPr>
        <w:pStyle w:val="Kop2"/>
      </w:pPr>
      <w:r>
        <w:t xml:space="preserve">10 </w:t>
      </w:r>
      <w:proofErr w:type="spellStart"/>
      <w:r>
        <w:t>Activiteiten</w:t>
      </w:r>
      <w:proofErr w:type="spellEnd"/>
      <w:r>
        <w:t xml:space="preserve"> </w:t>
      </w:r>
      <w:proofErr w:type="spellStart"/>
      <w:r>
        <w:t>buiten</w:t>
      </w:r>
      <w:proofErr w:type="spellEnd"/>
      <w:r>
        <w:t xml:space="preserve"> het </w:t>
      </w:r>
      <w:proofErr w:type="spellStart"/>
      <w:r>
        <w:t>gebouw</w:t>
      </w:r>
      <w:proofErr w:type="spellEnd"/>
    </w:p>
    <w:p w14:paraId="4E2EDE24" w14:textId="77777777" w:rsidR="006911A6" w:rsidRDefault="00000000">
      <w:pPr>
        <w:keepLines/>
      </w:pPr>
      <w:r>
        <w:t xml:space="preserve">Voor </w:t>
      </w:r>
      <w:proofErr w:type="spellStart"/>
      <w:r>
        <w:t>uitstapjes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eventuele</w:t>
      </w:r>
      <w:proofErr w:type="spellEnd"/>
      <w:r>
        <w:t xml:space="preserve"> </w:t>
      </w:r>
      <w:proofErr w:type="spellStart"/>
      <w:r>
        <w:t>overnachtingen</w:t>
      </w:r>
      <w:proofErr w:type="spellEnd"/>
      <w:r>
        <w:t xml:space="preserve"> </w:t>
      </w:r>
      <w:proofErr w:type="spellStart"/>
      <w:r>
        <w:t>leggen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vooraf</w:t>
      </w:r>
      <w:proofErr w:type="spellEnd"/>
      <w:r>
        <w:t xml:space="preserve"> </w:t>
      </w:r>
      <w:proofErr w:type="spellStart"/>
      <w:r>
        <w:t>toezicht</w:t>
      </w:r>
      <w:proofErr w:type="spellEnd"/>
      <w:r>
        <w:t xml:space="preserve">, </w:t>
      </w:r>
      <w:proofErr w:type="spellStart"/>
      <w:r>
        <w:t>vervoer</w:t>
      </w:r>
      <w:proofErr w:type="spellEnd"/>
      <w:r>
        <w:t xml:space="preserve">, </w:t>
      </w:r>
      <w:proofErr w:type="spellStart"/>
      <w:r>
        <w:t>slapen</w:t>
      </w:r>
      <w:proofErr w:type="spellEnd"/>
      <w:r>
        <w:t xml:space="preserve">, sanitaire privacy, </w:t>
      </w:r>
      <w:proofErr w:type="spellStart"/>
      <w:r>
        <w:t>noodcontacten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vast. </w:t>
      </w:r>
      <w:proofErr w:type="spellStart"/>
      <w:r>
        <w:t>Begeleiders</w:t>
      </w:r>
      <w:proofErr w:type="spellEnd"/>
      <w:r>
        <w:t xml:space="preserve"> </w:t>
      </w:r>
      <w:proofErr w:type="spellStart"/>
      <w:r>
        <w:t>slapen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minderjarige</w:t>
      </w:r>
      <w:proofErr w:type="spellEnd"/>
      <w:r>
        <w:t xml:space="preserve"> </w:t>
      </w:r>
      <w:proofErr w:type="spellStart"/>
      <w:r>
        <w:t>deelnemer</w:t>
      </w:r>
      <w:proofErr w:type="spellEnd"/>
      <w:r>
        <w:t xml:space="preserve"> in </w:t>
      </w:r>
      <w:proofErr w:type="spellStart"/>
      <w:r>
        <w:t>dezelfde</w:t>
      </w:r>
      <w:proofErr w:type="spellEnd"/>
      <w:r>
        <w:t xml:space="preserve"> </w:t>
      </w:r>
      <w:proofErr w:type="spellStart"/>
      <w:r>
        <w:t>ruimte</w:t>
      </w:r>
      <w:proofErr w:type="spellEnd"/>
      <w:r>
        <w:t xml:space="preserve">.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ontvangen</w:t>
      </w:r>
      <w:proofErr w:type="spellEnd"/>
      <w:r>
        <w:t xml:space="preserve"> de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afspraken</w:t>
      </w:r>
      <w:proofErr w:type="spellEnd"/>
      <w:r>
        <w:t xml:space="preserve"> </w:t>
      </w:r>
      <w:proofErr w:type="spellStart"/>
      <w:r>
        <w:t>vooraf</w:t>
      </w:r>
      <w:proofErr w:type="spellEnd"/>
      <w:r>
        <w:t>.</w:t>
      </w:r>
    </w:p>
    <w:p w14:paraId="770CD75A" w14:textId="77777777" w:rsidR="006911A6" w:rsidRDefault="00000000">
      <w:pPr>
        <w:pStyle w:val="Kop2"/>
      </w:pPr>
      <w:r>
        <w:t xml:space="preserve">11 </w:t>
      </w:r>
      <w:proofErr w:type="spellStart"/>
      <w:r>
        <w:t>Omgang</w:t>
      </w:r>
      <w:proofErr w:type="spellEnd"/>
      <w:r>
        <w:t xml:space="preserve"> met </w:t>
      </w:r>
      <w:proofErr w:type="spellStart"/>
      <w:r>
        <w:t>overtredingen</w:t>
      </w:r>
      <w:proofErr w:type="spellEnd"/>
    </w:p>
    <w:p w14:paraId="42AE9473" w14:textId="77777777" w:rsidR="006911A6" w:rsidRDefault="00000000">
      <w:pPr>
        <w:keepLines/>
      </w:pPr>
      <w:r>
        <w:t xml:space="preserve">Vrijwilligers </w:t>
      </w:r>
      <w:proofErr w:type="spellStart"/>
      <w:r>
        <w:t>spreken</w:t>
      </w:r>
      <w:proofErr w:type="spellEnd"/>
      <w:r>
        <w:t xml:space="preserve"> </w:t>
      </w:r>
      <w:proofErr w:type="spellStart"/>
      <w:r>
        <w:t>elkaar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veilig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melden</w:t>
      </w:r>
      <w:proofErr w:type="spellEnd"/>
      <w:r>
        <w:t xml:space="preserve"> </w:t>
      </w:r>
      <w:proofErr w:type="spellStart"/>
      <w:r>
        <w:t>ernstige</w:t>
      </w:r>
      <w:proofErr w:type="spellEnd"/>
      <w:r>
        <w:t xml:space="preserve"> </w:t>
      </w:r>
      <w:proofErr w:type="spellStart"/>
      <w:r>
        <w:t>signalen</w:t>
      </w:r>
      <w:proofErr w:type="spellEnd"/>
      <w:r>
        <w:t xml:space="preserve"> direct. </w:t>
      </w:r>
      <w:proofErr w:type="spellStart"/>
      <w:r>
        <w:t>Overtreding</w:t>
      </w:r>
      <w:proofErr w:type="spellEnd"/>
      <w:r>
        <w:t xml:space="preserve"> van de code </w:t>
      </w:r>
      <w:proofErr w:type="spellStart"/>
      <w:r>
        <w:t>kan</w:t>
      </w:r>
      <w:proofErr w:type="spellEnd"/>
      <w:r>
        <w:t xml:space="preserve"> </w:t>
      </w:r>
      <w:proofErr w:type="spellStart"/>
      <w:r>
        <w:t>leiden</w:t>
      </w:r>
      <w:proofErr w:type="spellEnd"/>
      <w:r>
        <w:t xml:space="preserve"> tot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gesprek</w:t>
      </w:r>
      <w:proofErr w:type="spellEnd"/>
      <w:r>
        <w:t xml:space="preserve">, </w:t>
      </w:r>
      <w:proofErr w:type="spellStart"/>
      <w:r>
        <w:t>taakbeperking</w:t>
      </w:r>
      <w:proofErr w:type="spellEnd"/>
      <w:r>
        <w:t xml:space="preserve">, </w:t>
      </w:r>
      <w:proofErr w:type="spellStart"/>
      <w:r>
        <w:t>schorsing</w:t>
      </w:r>
      <w:proofErr w:type="spellEnd"/>
      <w:r>
        <w:t xml:space="preserve"> of </w:t>
      </w:r>
      <w:proofErr w:type="spellStart"/>
      <w:r>
        <w:t>beëindiging</w:t>
      </w:r>
      <w:proofErr w:type="spellEnd"/>
      <w:r>
        <w:t xml:space="preserve">. Bij </w:t>
      </w:r>
      <w:proofErr w:type="spellStart"/>
      <w:r>
        <w:t>ernstige</w:t>
      </w:r>
      <w:proofErr w:type="spellEnd"/>
      <w:r>
        <w:t xml:space="preserve"> </w:t>
      </w:r>
      <w:proofErr w:type="spellStart"/>
      <w:r>
        <w:t>risico’s</w:t>
      </w:r>
      <w:proofErr w:type="spellEnd"/>
      <w:r>
        <w:t xml:space="preserve"> </w:t>
      </w:r>
      <w:proofErr w:type="spellStart"/>
      <w:r>
        <w:t>neemt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direct </w:t>
      </w:r>
      <w:proofErr w:type="spellStart"/>
      <w:r>
        <w:t>tijdelijke</w:t>
      </w:r>
      <w:proofErr w:type="spellEnd"/>
      <w:r>
        <w:t xml:space="preserve"> </w:t>
      </w:r>
      <w:proofErr w:type="spellStart"/>
      <w:r>
        <w:t>veiligheidsmaatregelen</w:t>
      </w:r>
      <w:proofErr w:type="spellEnd"/>
      <w:r>
        <w:t>.</w:t>
      </w:r>
    </w:p>
    <w:p w14:paraId="3E81EA40" w14:textId="77777777" w:rsidR="006911A6" w:rsidRDefault="00000000">
      <w:r>
        <w:br w:type="page"/>
      </w:r>
    </w:p>
    <w:p w14:paraId="1904775D" w14:textId="77777777" w:rsidR="006911A6" w:rsidRDefault="00000000">
      <w:pPr>
        <w:pStyle w:val="Kop1"/>
      </w:pPr>
      <w:r>
        <w:lastRenderedPageBreak/>
        <w:t xml:space="preserve">Hulp </w:t>
      </w:r>
      <w:proofErr w:type="spellStart"/>
      <w:r>
        <w:t>vragen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melding </w:t>
      </w:r>
      <w:proofErr w:type="spellStart"/>
      <w:r>
        <w:t>doen</w:t>
      </w:r>
      <w:proofErr w:type="spellEnd"/>
    </w:p>
    <w:p w14:paraId="5B63E3A8" w14:textId="77777777" w:rsidR="006911A6" w:rsidRDefault="00000000">
      <w:pPr>
        <w:pStyle w:val="Kop2"/>
      </w:pPr>
      <w:r>
        <w:t xml:space="preserve">12 </w:t>
      </w:r>
      <w:proofErr w:type="spellStart"/>
      <w:r>
        <w:t>Rechtstreeks</w:t>
      </w:r>
      <w:proofErr w:type="spellEnd"/>
      <w:r>
        <w:t xml:space="preserve"> contact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vertrouwelijkheid</w:t>
      </w:r>
      <w:proofErr w:type="spellEnd"/>
    </w:p>
    <w:p w14:paraId="222178B4" w14:textId="77777777" w:rsidR="006911A6" w:rsidRDefault="00000000">
      <w:pPr>
        <w:keepLines/>
      </w:pPr>
      <w:proofErr w:type="spellStart"/>
      <w:r>
        <w:t>Kinderen</w:t>
      </w:r>
      <w:proofErr w:type="spellEnd"/>
      <w:r>
        <w:t xml:space="preserve">, </w:t>
      </w:r>
      <w:proofErr w:type="spellStart"/>
      <w:r>
        <w:t>ouders</w:t>
      </w:r>
      <w:proofErr w:type="spellEnd"/>
      <w:r>
        <w:t xml:space="preserve">, </w:t>
      </w:r>
      <w:proofErr w:type="spellStart"/>
      <w:r>
        <w:t>vrijwilligers</w:t>
      </w:r>
      <w:proofErr w:type="spellEnd"/>
      <w:r>
        <w:t xml:space="preserve">, </w:t>
      </w:r>
      <w:proofErr w:type="spellStart"/>
      <w:r>
        <w:t>medewerkers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beschuldigden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rechtstreeks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vertrouwenspersoon</w:t>
      </w:r>
      <w:proofErr w:type="spellEnd"/>
      <w:r>
        <w:t xml:space="preserve">. </w:t>
      </w:r>
      <w:proofErr w:type="spellStart"/>
      <w:r>
        <w:t>Bewijs</w:t>
      </w:r>
      <w:proofErr w:type="spellEnd"/>
      <w:r>
        <w:t xml:space="preserve"> of </w:t>
      </w:r>
      <w:proofErr w:type="spellStart"/>
      <w:r>
        <w:t>toestemming</w:t>
      </w:r>
      <w:proofErr w:type="spellEnd"/>
      <w:r>
        <w:t xml:space="preserve"> van de </w:t>
      </w:r>
      <w:proofErr w:type="spellStart"/>
      <w:r>
        <w:t>leiding</w:t>
      </w:r>
      <w:proofErr w:type="spellEnd"/>
      <w:r>
        <w:t xml:space="preserve"> is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. De </w:t>
      </w:r>
      <w:proofErr w:type="spellStart"/>
      <w:r>
        <w:t>vertrouwenspersoon</w:t>
      </w:r>
      <w:proofErr w:type="spellEnd"/>
      <w:r>
        <w:t xml:space="preserve"> </w:t>
      </w:r>
      <w:proofErr w:type="spellStart"/>
      <w:r>
        <w:t>luistert</w:t>
      </w:r>
      <w:proofErr w:type="spellEnd"/>
      <w:r>
        <w:t xml:space="preserve">, </w:t>
      </w:r>
      <w:proofErr w:type="spellStart"/>
      <w:r>
        <w:t>bespreekt</w:t>
      </w:r>
      <w:proofErr w:type="spellEnd"/>
      <w:r>
        <w:t xml:space="preserve"> </w:t>
      </w:r>
      <w:proofErr w:type="spellStart"/>
      <w:r>
        <w:t>mogelijkheden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verwijst</w:t>
      </w:r>
      <w:proofErr w:type="spellEnd"/>
      <w:r>
        <w:t xml:space="preserve"> zo </w:t>
      </w:r>
      <w:proofErr w:type="spellStart"/>
      <w:r>
        <w:t>nodig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deskundige</w:t>
      </w:r>
      <w:proofErr w:type="spellEnd"/>
      <w:r>
        <w:t xml:space="preserve"> </w:t>
      </w:r>
      <w:proofErr w:type="spellStart"/>
      <w:r>
        <w:t>hulp</w:t>
      </w:r>
      <w:proofErr w:type="spellEnd"/>
      <w:r>
        <w:t xml:space="preserve">. Voor melder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beschuldigde</w:t>
      </w:r>
      <w:proofErr w:type="spellEnd"/>
      <w:r>
        <w:t xml:space="preserve"> in </w:t>
      </w:r>
      <w:proofErr w:type="spellStart"/>
      <w:r>
        <w:t>dezelfde</w:t>
      </w:r>
      <w:proofErr w:type="spellEnd"/>
      <w:r>
        <w:t xml:space="preserve"> </w:t>
      </w:r>
      <w:proofErr w:type="spellStart"/>
      <w:r>
        <w:t>zaak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verschillende</w:t>
      </w:r>
      <w:proofErr w:type="spellEnd"/>
      <w:r>
        <w:t xml:space="preserve"> </w:t>
      </w:r>
      <w:proofErr w:type="spellStart"/>
      <w:r>
        <w:t>ondersteuners</w:t>
      </w:r>
      <w:proofErr w:type="spellEnd"/>
      <w:r>
        <w:t xml:space="preserve"> </w:t>
      </w:r>
      <w:proofErr w:type="spellStart"/>
      <w:r>
        <w:t>geregeld</w:t>
      </w:r>
      <w:proofErr w:type="spellEnd"/>
      <w:r>
        <w:t>.</w:t>
      </w:r>
    </w:p>
    <w:p w14:paraId="79204E9B" w14:textId="77777777" w:rsidR="006911A6" w:rsidRDefault="00000000">
      <w:pPr>
        <w:pStyle w:val="Kop2"/>
      </w:pPr>
      <w:proofErr w:type="spellStart"/>
      <w:r>
        <w:t>Vertrouwenspersonen</w:t>
      </w:r>
      <w:proofErr w:type="spellEnd"/>
      <w:r>
        <w:t xml:space="preserve"> via de </w:t>
      </w:r>
      <w:proofErr w:type="spellStart"/>
      <w:r>
        <w:t>kerk</w:t>
      </w:r>
      <w:proofErr w:type="spellEnd"/>
    </w:p>
    <w:p w14:paraId="67747981" w14:textId="77777777" w:rsidR="006911A6" w:rsidRDefault="00000000">
      <w:pPr>
        <w:keepLines/>
      </w:pPr>
      <w:r>
        <w:t xml:space="preserve">Je </w:t>
      </w:r>
      <w:proofErr w:type="spellStart"/>
      <w:r>
        <w:t>kunt</w:t>
      </w:r>
      <w:proofErr w:type="spellEnd"/>
      <w:r>
        <w:t xml:space="preserve"> </w:t>
      </w:r>
      <w:proofErr w:type="spellStart"/>
      <w:r>
        <w:t>zelf</w:t>
      </w:r>
      <w:proofErr w:type="spellEnd"/>
      <w:r>
        <w:t xml:space="preserve"> </w:t>
      </w:r>
      <w:proofErr w:type="spellStart"/>
      <w:r>
        <w:t>kiezen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 je </w:t>
      </w:r>
      <w:proofErr w:type="spellStart"/>
      <w:r>
        <w:t>benadert</w:t>
      </w:r>
      <w:proofErr w:type="spellEnd"/>
      <w:r>
        <w:t xml:space="preserve">. Je </w:t>
      </w:r>
      <w:proofErr w:type="spellStart"/>
      <w:r>
        <w:t>hoeft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lid van de </w:t>
      </w:r>
      <w:proofErr w:type="spellStart"/>
      <w:r>
        <w:t>kerk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om </w:t>
      </w:r>
      <w:proofErr w:type="spellStart"/>
      <w:r>
        <w:t>binnen</w:t>
      </w:r>
      <w:proofErr w:type="spellEnd"/>
      <w:r>
        <w:t xml:space="preserve"> </w:t>
      </w:r>
      <w:proofErr w:type="spellStart"/>
      <w:r>
        <w:t>ons</w:t>
      </w:r>
      <w:proofErr w:type="spellEnd"/>
      <w:r>
        <w:t xml:space="preserve"> </w:t>
      </w:r>
      <w:proofErr w:type="spellStart"/>
      <w:r>
        <w:t>jeugdwerk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melding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doen</w:t>
      </w:r>
      <w:proofErr w:type="spellEnd"/>
      <w:r>
        <w:t xml:space="preserve">. Ook </w:t>
      </w:r>
      <w:proofErr w:type="spellStart"/>
      <w:r>
        <w:t>kinderen</w:t>
      </w:r>
      <w:proofErr w:type="spellEnd"/>
      <w:r>
        <w:t xml:space="preserve">,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rechtstreeks</w:t>
      </w:r>
      <w:proofErr w:type="spellEnd"/>
      <w:r>
        <w:t xml:space="preserve"> </w:t>
      </w:r>
      <w:proofErr w:type="spellStart"/>
      <w:r>
        <w:t>hulp</w:t>
      </w:r>
      <w:proofErr w:type="spellEnd"/>
      <w:r>
        <w:t xml:space="preserve"> </w:t>
      </w:r>
      <w:proofErr w:type="spellStart"/>
      <w:r>
        <w:t>vragen</w:t>
      </w:r>
      <w:proofErr w:type="spellEnd"/>
      <w:r>
        <w:t>.</w:t>
      </w:r>
    </w:p>
    <w:p w14:paraId="4156BE4C" w14:textId="0779B45F" w:rsidR="006911A6" w:rsidRDefault="006911A6" w:rsidP="00A852FD">
      <w:pPr>
        <w:keepLines/>
        <w:rPr>
          <w:color w:val="auto"/>
        </w:rPr>
      </w:pPr>
      <w:hyperlink r:id="rId8">
        <w:proofErr w:type="spellStart"/>
        <w:r w:rsidRPr="00A852FD">
          <w:rPr>
            <w:color w:val="auto"/>
          </w:rPr>
          <w:t>Actuele</w:t>
        </w:r>
        <w:proofErr w:type="spellEnd"/>
        <w:r w:rsidRPr="00A852FD">
          <w:rPr>
            <w:color w:val="auto"/>
          </w:rPr>
          <w:t xml:space="preserve"> </w:t>
        </w:r>
        <w:proofErr w:type="spellStart"/>
        <w:r w:rsidRPr="00A852FD">
          <w:rPr>
            <w:color w:val="auto"/>
          </w:rPr>
          <w:t>contactgegevens</w:t>
        </w:r>
        <w:proofErr w:type="spellEnd"/>
        <w:r w:rsidRPr="00A852FD">
          <w:rPr>
            <w:color w:val="auto"/>
          </w:rPr>
          <w:t xml:space="preserve"> op de website van de </w:t>
        </w:r>
        <w:proofErr w:type="spellStart"/>
        <w:r w:rsidRPr="00A852FD">
          <w:rPr>
            <w:color w:val="auto"/>
          </w:rPr>
          <w:t>Protestantse</w:t>
        </w:r>
        <w:proofErr w:type="spellEnd"/>
        <w:r w:rsidRPr="00A852FD">
          <w:rPr>
            <w:color w:val="auto"/>
          </w:rPr>
          <w:t xml:space="preserve"> </w:t>
        </w:r>
        <w:proofErr w:type="spellStart"/>
        <w:r w:rsidRPr="00A852FD">
          <w:rPr>
            <w:color w:val="auto"/>
          </w:rPr>
          <w:t>Gemeente</w:t>
        </w:r>
        <w:proofErr w:type="spellEnd"/>
        <w:r w:rsidRPr="00A852FD">
          <w:rPr>
            <w:color w:val="auto"/>
          </w:rPr>
          <w:t xml:space="preserve"> </w:t>
        </w:r>
        <w:proofErr w:type="spellStart"/>
        <w:r w:rsidRPr="00A852FD">
          <w:rPr>
            <w:color w:val="auto"/>
          </w:rPr>
          <w:t>Vijfhuizen</w:t>
        </w:r>
        <w:proofErr w:type="spellEnd"/>
      </w:hyperlink>
      <w:r w:rsidR="009C51BC">
        <w:rPr>
          <w:color w:val="auto"/>
        </w:rPr>
        <w:t>:</w:t>
      </w:r>
    </w:p>
    <w:p w14:paraId="67FD9CEA" w14:textId="77777777" w:rsidR="009C51BC" w:rsidRDefault="009C51BC" w:rsidP="009C51BC">
      <w:hyperlink r:id="rId9">
        <w:proofErr w:type="spellStart"/>
        <w:r>
          <w:rPr>
            <w:color w:val="174B75"/>
          </w:rPr>
          <w:t>Protestantse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Gemeente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Vijfhuizen</w:t>
        </w:r>
        <w:proofErr w:type="spellEnd"/>
        <w:r>
          <w:rPr>
            <w:color w:val="174B75"/>
          </w:rPr>
          <w:t xml:space="preserve"> – </w:t>
        </w:r>
        <w:proofErr w:type="spellStart"/>
        <w:r>
          <w:rPr>
            <w:color w:val="174B75"/>
          </w:rPr>
          <w:t>vertrouwenspersonen</w:t>
        </w:r>
        <w:proofErr w:type="spellEnd"/>
      </w:hyperlink>
    </w:p>
    <w:p w14:paraId="2EED7DBE" w14:textId="77777777" w:rsidR="009C51BC" w:rsidRPr="00A852FD" w:rsidRDefault="009C51BC" w:rsidP="00A852FD">
      <w:pPr>
        <w:keepLines/>
        <w:rPr>
          <w:color w:val="auto"/>
        </w:rPr>
      </w:pPr>
    </w:p>
    <w:p w14:paraId="37CF380F" w14:textId="77777777" w:rsidR="006911A6" w:rsidRDefault="00000000">
      <w:pPr>
        <w:pStyle w:val="Kop2"/>
      </w:pPr>
      <w:proofErr w:type="spellStart"/>
      <w:r>
        <w:t>Bestuur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onafhankelijke</w:t>
      </w:r>
      <w:proofErr w:type="spellEnd"/>
      <w:r>
        <w:t xml:space="preserve"> route</w:t>
      </w:r>
    </w:p>
    <w:p w14:paraId="23A6781C" w14:textId="77777777" w:rsidR="006911A6" w:rsidRDefault="00000000">
      <w:pPr>
        <w:keepLines/>
      </w:pPr>
      <w:r>
        <w:t xml:space="preserve">Voor </w:t>
      </w:r>
      <w:proofErr w:type="spellStart"/>
      <w:r>
        <w:t>een</w:t>
      </w:r>
      <w:proofErr w:type="spellEnd"/>
      <w:r>
        <w:t xml:space="preserve"> melding of </w:t>
      </w:r>
      <w:proofErr w:type="spellStart"/>
      <w:r>
        <w:t>klacht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je </w:t>
      </w:r>
      <w:proofErr w:type="spellStart"/>
      <w:r>
        <w:t>mailen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info@de-oude-stal.nl, ter </w:t>
      </w:r>
      <w:proofErr w:type="spellStart"/>
      <w:r>
        <w:t>attentie</w:t>
      </w:r>
      <w:proofErr w:type="spellEnd"/>
      <w:r>
        <w:t xml:space="preserve"> van het </w:t>
      </w:r>
      <w:proofErr w:type="spellStart"/>
      <w:r>
        <w:t>bestuur</w:t>
      </w:r>
      <w:proofErr w:type="spellEnd"/>
      <w:r>
        <w:t xml:space="preserve">. </w:t>
      </w:r>
      <w:proofErr w:type="spellStart"/>
      <w:r>
        <w:t>Vermeld</w:t>
      </w:r>
      <w:proofErr w:type="spellEnd"/>
      <w:r>
        <w:t xml:space="preserve"> in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eerste</w:t>
      </w:r>
      <w:proofErr w:type="spellEnd"/>
      <w:r>
        <w:t xml:space="preserve"> </w:t>
      </w:r>
      <w:proofErr w:type="spellStart"/>
      <w:r>
        <w:t>bericht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wat </w:t>
      </w:r>
      <w:proofErr w:type="spellStart"/>
      <w:r>
        <w:t>nodig</w:t>
      </w:r>
      <w:proofErr w:type="spellEnd"/>
      <w:r>
        <w:t xml:space="preserve"> is om contact op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nemen</w:t>
      </w:r>
      <w:proofErr w:type="spellEnd"/>
      <w:r>
        <w:t xml:space="preserve">. Een </w:t>
      </w:r>
      <w:proofErr w:type="spellStart"/>
      <w:r>
        <w:t>vertrouwelijk</w:t>
      </w:r>
      <w:proofErr w:type="spellEnd"/>
      <w:r>
        <w:t xml:space="preserve"> </w:t>
      </w:r>
      <w:proofErr w:type="spellStart"/>
      <w:r>
        <w:t>gesprek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je </w:t>
      </w:r>
      <w:proofErr w:type="spellStart"/>
      <w:r>
        <w:t>rechtstreeks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vertrouwenspersoon</w:t>
      </w:r>
      <w:proofErr w:type="spellEnd"/>
      <w:r>
        <w:t xml:space="preserve"> </w:t>
      </w:r>
      <w:proofErr w:type="spellStart"/>
      <w:r>
        <w:t>voeren</w:t>
      </w:r>
      <w:proofErr w:type="spellEnd"/>
      <w:r>
        <w:t>.</w:t>
      </w:r>
    </w:p>
    <w:p w14:paraId="445A89C9" w14:textId="77777777" w:rsidR="006911A6" w:rsidRDefault="00000000">
      <w:pPr>
        <w:keepLines/>
      </w:pPr>
      <w:r>
        <w:t xml:space="preserve">Gaat </w:t>
      </w:r>
      <w:proofErr w:type="spellStart"/>
      <w:r>
        <w:t>een</w:t>
      </w:r>
      <w:proofErr w:type="spellEnd"/>
      <w:r>
        <w:t xml:space="preserve"> melding over </w:t>
      </w:r>
      <w:proofErr w:type="spellStart"/>
      <w:r>
        <w:t>een</w:t>
      </w:r>
      <w:proofErr w:type="spellEnd"/>
      <w:r>
        <w:t xml:space="preserve"> </w:t>
      </w:r>
      <w:proofErr w:type="spellStart"/>
      <w:r>
        <w:t>bestuurslid</w:t>
      </w:r>
      <w:proofErr w:type="spellEnd"/>
      <w:r>
        <w:t xml:space="preserve">, dan </w:t>
      </w:r>
      <w:proofErr w:type="spellStart"/>
      <w:r>
        <w:t>behandelt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bestuurslid</w:t>
      </w:r>
      <w:proofErr w:type="spellEnd"/>
      <w:r>
        <w:t xml:space="preserve"> de </w:t>
      </w:r>
      <w:proofErr w:type="spellStart"/>
      <w:r>
        <w:t>zaak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. Gaat de melding over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geheel</w:t>
      </w:r>
      <w:proofErr w:type="spellEnd"/>
      <w:r>
        <w:t xml:space="preserve">, of </w:t>
      </w:r>
      <w:proofErr w:type="spellStart"/>
      <w:r>
        <w:t>voel</w:t>
      </w:r>
      <w:proofErr w:type="spellEnd"/>
      <w:r>
        <w:t xml:space="preserve"> je </w:t>
      </w:r>
      <w:proofErr w:type="spellStart"/>
      <w:r>
        <w:t>je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vrij</w:t>
      </w:r>
      <w:proofErr w:type="spellEnd"/>
      <w:r>
        <w:t xml:space="preserve"> om </w:t>
      </w:r>
      <w:proofErr w:type="spellStart"/>
      <w:r>
        <w:t>naar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gaan</w:t>
      </w:r>
      <w:proofErr w:type="spellEnd"/>
      <w:r>
        <w:t xml:space="preserve">, </w:t>
      </w:r>
      <w:proofErr w:type="spellStart"/>
      <w:r>
        <w:t>benader</w:t>
      </w:r>
      <w:proofErr w:type="spellEnd"/>
      <w:r>
        <w:t xml:space="preserve"> dan </w:t>
      </w:r>
      <w:proofErr w:type="spellStart"/>
      <w:r>
        <w:t>rechtstreeks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van de </w:t>
      </w:r>
      <w:proofErr w:type="spellStart"/>
      <w:r>
        <w:t>vertrouwenspersonen</w:t>
      </w:r>
      <w:proofErr w:type="spellEnd"/>
      <w:r>
        <w:t xml:space="preserve">.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ondersteunen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het </w:t>
      </w:r>
      <w:proofErr w:type="spellStart"/>
      <w:r>
        <w:t>vinden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onafhankelijke</w:t>
      </w:r>
      <w:proofErr w:type="spellEnd"/>
      <w:r>
        <w:t xml:space="preserve"> </w:t>
      </w:r>
      <w:proofErr w:type="spellStart"/>
      <w:r>
        <w:t>behandelaar</w:t>
      </w:r>
      <w:proofErr w:type="spellEnd"/>
      <w:r>
        <w:t xml:space="preserve">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werkt</w:t>
      </w:r>
      <w:proofErr w:type="spellEnd"/>
      <w:r>
        <w:t xml:space="preserve"> mee </w:t>
      </w:r>
      <w:proofErr w:type="spellStart"/>
      <w:r>
        <w:t>aan</w:t>
      </w:r>
      <w:proofErr w:type="spellEnd"/>
      <w:r>
        <w:t xml:space="preserve"> </w:t>
      </w:r>
      <w:proofErr w:type="spellStart"/>
      <w:r>
        <w:t>onafhankelijke</w:t>
      </w:r>
      <w:proofErr w:type="spellEnd"/>
      <w:r>
        <w:t xml:space="preserve"> </w:t>
      </w:r>
      <w:proofErr w:type="spellStart"/>
      <w:r>
        <w:t>behandeling</w:t>
      </w:r>
      <w:proofErr w:type="spellEnd"/>
      <w:r>
        <w:t xml:space="preserve">. De </w:t>
      </w:r>
      <w:proofErr w:type="spellStart"/>
      <w:r>
        <w:t>kerkelijke</w:t>
      </w:r>
      <w:proofErr w:type="spellEnd"/>
      <w:r>
        <w:t xml:space="preserve"> </w:t>
      </w:r>
      <w:proofErr w:type="spellStart"/>
      <w:r>
        <w:t>benoeming</w:t>
      </w:r>
      <w:proofErr w:type="spellEnd"/>
      <w:r>
        <w:t xml:space="preserve"> van </w:t>
      </w:r>
      <w:proofErr w:type="spellStart"/>
      <w:r>
        <w:t>bestuurders</w:t>
      </w:r>
      <w:proofErr w:type="spellEnd"/>
      <w:r>
        <w:t xml:space="preserve"> mag </w:t>
      </w:r>
      <w:proofErr w:type="spellStart"/>
      <w:r>
        <w:t>een</w:t>
      </w:r>
      <w:proofErr w:type="spellEnd"/>
      <w:r>
        <w:t xml:space="preserve"> melding of </w:t>
      </w:r>
      <w:proofErr w:type="spellStart"/>
      <w:r>
        <w:t>onafhankelijk</w:t>
      </w:r>
      <w:proofErr w:type="spellEnd"/>
      <w:r>
        <w:t xml:space="preserve"> </w:t>
      </w:r>
      <w:proofErr w:type="spellStart"/>
      <w:r>
        <w:t>advies</w:t>
      </w:r>
      <w:proofErr w:type="spellEnd"/>
      <w:r>
        <w:t xml:space="preserve"> nooit </w:t>
      </w:r>
      <w:proofErr w:type="spellStart"/>
      <w:r>
        <w:t>belemmeren</w:t>
      </w:r>
      <w:proofErr w:type="spellEnd"/>
      <w:r>
        <w:t>.</w:t>
      </w:r>
    </w:p>
    <w:p w14:paraId="6064C606" w14:textId="77777777" w:rsidR="006911A6" w:rsidRDefault="00000000">
      <w:pPr>
        <w:pStyle w:val="Kop2"/>
      </w:pPr>
      <w:proofErr w:type="spellStart"/>
      <w:r>
        <w:t>Vertrouwelijkheid</w:t>
      </w:r>
      <w:proofErr w:type="spellEnd"/>
    </w:p>
    <w:p w14:paraId="150DC480" w14:textId="77777777" w:rsidR="006911A6" w:rsidRDefault="00000000">
      <w:pPr>
        <w:keepLines/>
      </w:pPr>
      <w:proofErr w:type="spellStart"/>
      <w:r>
        <w:t>Vertrouwelijkheid</w:t>
      </w:r>
      <w:proofErr w:type="spellEnd"/>
      <w:r>
        <w:t xml:space="preserve"> is het </w:t>
      </w:r>
      <w:proofErr w:type="spellStart"/>
      <w:r>
        <w:t>uitgangspunt</w:t>
      </w:r>
      <w:proofErr w:type="spellEnd"/>
      <w:r>
        <w:t xml:space="preserve">. De </w:t>
      </w:r>
      <w:proofErr w:type="spellStart"/>
      <w:r>
        <w:t>vertrouwenspersoon</w:t>
      </w:r>
      <w:proofErr w:type="spellEnd"/>
      <w:r>
        <w:t xml:space="preserve"> </w:t>
      </w:r>
      <w:proofErr w:type="spellStart"/>
      <w:r>
        <w:t>bespreekt</w:t>
      </w:r>
      <w:proofErr w:type="spellEnd"/>
      <w:r>
        <w:t xml:space="preserve"> </w:t>
      </w:r>
      <w:proofErr w:type="spellStart"/>
      <w:r>
        <w:t>vooraf</w:t>
      </w:r>
      <w:proofErr w:type="spellEnd"/>
      <w:r>
        <w:t xml:space="preserve"> de </w:t>
      </w:r>
      <w:proofErr w:type="spellStart"/>
      <w:r>
        <w:t>grenzen</w:t>
      </w:r>
      <w:proofErr w:type="spellEnd"/>
      <w:r>
        <w:t xml:space="preserve"> </w:t>
      </w:r>
      <w:proofErr w:type="spellStart"/>
      <w:r>
        <w:t>daarvan</w:t>
      </w:r>
      <w:proofErr w:type="spellEnd"/>
      <w:r>
        <w:t xml:space="preserve">. </w:t>
      </w:r>
      <w:proofErr w:type="spellStart"/>
      <w:r>
        <w:t>Informatie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</w:t>
      </w:r>
      <w:proofErr w:type="spellStart"/>
      <w:r>
        <w:t>gedeeld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zover</w:t>
      </w:r>
      <w:proofErr w:type="spellEnd"/>
      <w:r>
        <w:t xml:space="preserve"> </w:t>
      </w:r>
      <w:proofErr w:type="spellStart"/>
      <w:r>
        <w:t>noodzakelijk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op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</w:t>
      </w:r>
      <w:proofErr w:type="spellStart"/>
      <w:r>
        <w:t>grondslag</w:t>
      </w:r>
      <w:proofErr w:type="spellEnd"/>
      <w:r>
        <w:t xml:space="preserve">. </w:t>
      </w:r>
      <w:proofErr w:type="spellStart"/>
      <w:r>
        <w:t>Waar</w:t>
      </w:r>
      <w:proofErr w:type="spellEnd"/>
      <w:r>
        <w:t xml:space="preserve"> </w:t>
      </w:r>
      <w:proofErr w:type="spellStart"/>
      <w:r>
        <w:t>mogelijk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vooraf</w:t>
      </w:r>
      <w:proofErr w:type="spellEnd"/>
      <w:r>
        <w:t xml:space="preserve"> </w:t>
      </w:r>
      <w:proofErr w:type="spellStart"/>
      <w:r>
        <w:t>besproken</w:t>
      </w:r>
      <w:proofErr w:type="spellEnd"/>
      <w:r>
        <w:t xml:space="preserve"> wat met </w:t>
      </w:r>
      <w:proofErr w:type="spellStart"/>
      <w:r>
        <w:t>wie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gedeeld</w:t>
      </w:r>
      <w:proofErr w:type="spellEnd"/>
      <w:r>
        <w:t xml:space="preserve">. Bij </w:t>
      </w:r>
      <w:proofErr w:type="spellStart"/>
      <w:r>
        <w:t>ernstig</w:t>
      </w:r>
      <w:proofErr w:type="spellEnd"/>
      <w:r>
        <w:t xml:space="preserve"> </w:t>
      </w:r>
      <w:proofErr w:type="spellStart"/>
      <w:r>
        <w:t>gevaar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handelen</w:t>
      </w:r>
      <w:proofErr w:type="spellEnd"/>
      <w:r>
        <w:t xml:space="preserve"> </w:t>
      </w:r>
      <w:proofErr w:type="spellStart"/>
      <w:r>
        <w:t>zonder</w:t>
      </w:r>
      <w:proofErr w:type="spellEnd"/>
      <w:r>
        <w:t xml:space="preserve"> </w:t>
      </w:r>
      <w:proofErr w:type="spellStart"/>
      <w:r>
        <w:t>instemming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. Niemand </w:t>
      </w:r>
      <w:proofErr w:type="spellStart"/>
      <w:r>
        <w:t>belooft</w:t>
      </w:r>
      <w:proofErr w:type="spellEnd"/>
      <w:r>
        <w:t xml:space="preserve"> absolute </w:t>
      </w:r>
      <w:proofErr w:type="spellStart"/>
      <w:r>
        <w:t>geheimhouding</w:t>
      </w:r>
      <w:proofErr w:type="spellEnd"/>
      <w:r>
        <w:t xml:space="preserve"> </w:t>
      </w:r>
      <w:proofErr w:type="spellStart"/>
      <w:r>
        <w:t>wanneer</w:t>
      </w:r>
      <w:proofErr w:type="spellEnd"/>
      <w:r>
        <w:t xml:space="preserve"> de </w:t>
      </w:r>
      <w:proofErr w:type="spellStart"/>
      <w:r>
        <w:t>veiligheid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kind of </w:t>
      </w:r>
      <w:proofErr w:type="spellStart"/>
      <w:r>
        <w:t>ander</w:t>
      </w:r>
      <w:proofErr w:type="spellEnd"/>
      <w:r>
        <w:t xml:space="preserve"> </w:t>
      </w:r>
      <w:proofErr w:type="spellStart"/>
      <w:r>
        <w:t>persoon</w:t>
      </w:r>
      <w:proofErr w:type="spellEnd"/>
      <w:r>
        <w:t xml:space="preserve"> in </w:t>
      </w:r>
      <w:proofErr w:type="spellStart"/>
      <w:r>
        <w:t>gevaar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zijn</w:t>
      </w:r>
      <w:proofErr w:type="spellEnd"/>
      <w:r>
        <w:t>.</w:t>
      </w:r>
    </w:p>
    <w:p w14:paraId="4C3820B1" w14:textId="77777777" w:rsidR="006911A6" w:rsidRDefault="00000000">
      <w:r>
        <w:br w:type="page"/>
      </w:r>
    </w:p>
    <w:p w14:paraId="204AF700" w14:textId="77777777" w:rsidR="006911A6" w:rsidRDefault="00000000">
      <w:pPr>
        <w:pStyle w:val="Kop1"/>
      </w:pPr>
      <w:proofErr w:type="spellStart"/>
      <w:r>
        <w:lastRenderedPageBreak/>
        <w:t>Incidenten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afhandeling</w:t>
      </w:r>
      <w:proofErr w:type="spellEnd"/>
    </w:p>
    <w:p w14:paraId="76F28686" w14:textId="77777777" w:rsidR="006911A6" w:rsidRDefault="00000000">
      <w:pPr>
        <w:pStyle w:val="Kop2"/>
      </w:pPr>
      <w:r>
        <w:t xml:space="preserve">13 </w:t>
      </w:r>
      <w:proofErr w:type="spellStart"/>
      <w:r>
        <w:t>Eerste</w:t>
      </w:r>
      <w:proofErr w:type="spellEnd"/>
      <w:r>
        <w:t xml:space="preserve"> </w:t>
      </w:r>
      <w:proofErr w:type="spellStart"/>
      <w:r>
        <w:t>stappen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incident</w:t>
      </w:r>
    </w:p>
    <w:p w14:paraId="511FC67A" w14:textId="77777777" w:rsidR="006911A6" w:rsidRDefault="00000000">
      <w:pPr>
        <w:pStyle w:val="Lijstopsomteken"/>
        <w:keepLines/>
      </w:pPr>
      <w:r>
        <w:t xml:space="preserve">Zorg </w:t>
      </w:r>
      <w:proofErr w:type="spellStart"/>
      <w:r>
        <w:t>eerst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veiligheid</w:t>
      </w:r>
      <w:proofErr w:type="spellEnd"/>
      <w:r>
        <w:t xml:space="preserve">. Bij direct </w:t>
      </w:r>
      <w:proofErr w:type="spellStart"/>
      <w:r>
        <w:t>gevaar</w:t>
      </w:r>
      <w:proofErr w:type="spellEnd"/>
      <w:r>
        <w:t xml:space="preserve"> of </w:t>
      </w:r>
      <w:proofErr w:type="spellStart"/>
      <w:r>
        <w:t>dringend</w:t>
      </w:r>
      <w:proofErr w:type="spellEnd"/>
      <w:r>
        <w:t xml:space="preserve"> </w:t>
      </w:r>
      <w:proofErr w:type="spellStart"/>
      <w:r>
        <w:t>medische</w:t>
      </w:r>
      <w:proofErr w:type="spellEnd"/>
      <w:r>
        <w:t xml:space="preserve"> </w:t>
      </w:r>
      <w:proofErr w:type="spellStart"/>
      <w:r>
        <w:t>hulp</w:t>
      </w:r>
      <w:proofErr w:type="spellEnd"/>
      <w:r>
        <w:t xml:space="preserve">: bel 112. Stop zo </w:t>
      </w:r>
      <w:proofErr w:type="spellStart"/>
      <w:r>
        <w:t>nodig</w:t>
      </w:r>
      <w:proofErr w:type="spellEnd"/>
      <w:r>
        <w:t xml:space="preserve"> de </w:t>
      </w:r>
      <w:proofErr w:type="spellStart"/>
      <w:r>
        <w:t>situatie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laat</w:t>
      </w:r>
      <w:proofErr w:type="spellEnd"/>
      <w:r>
        <w:t xml:space="preserve"> het kind </w:t>
      </w:r>
      <w:proofErr w:type="spellStart"/>
      <w:r>
        <w:t>op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veilige</w:t>
      </w:r>
      <w:proofErr w:type="spellEnd"/>
      <w:r>
        <w:t xml:space="preserve"> </w:t>
      </w:r>
      <w:proofErr w:type="spellStart"/>
      <w:r>
        <w:t>plek</w:t>
      </w:r>
      <w:proofErr w:type="spellEnd"/>
      <w:r>
        <w:t xml:space="preserve"> met </w:t>
      </w:r>
      <w:proofErr w:type="spellStart"/>
      <w:r>
        <w:t>passende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</w:t>
      </w:r>
      <w:proofErr w:type="spellStart"/>
      <w:r>
        <w:t>blijven</w:t>
      </w:r>
      <w:proofErr w:type="spellEnd"/>
      <w:r>
        <w:t>.</w:t>
      </w:r>
    </w:p>
    <w:p w14:paraId="4B0E23A4" w14:textId="77777777" w:rsidR="006911A6" w:rsidRDefault="00000000">
      <w:pPr>
        <w:pStyle w:val="Lijstopsomteken"/>
        <w:keepLines/>
      </w:pPr>
      <w:r>
        <w:t xml:space="preserve">Luister </w:t>
      </w:r>
      <w:proofErr w:type="spellStart"/>
      <w:r>
        <w:t>rustig</w:t>
      </w:r>
      <w:proofErr w:type="spellEnd"/>
      <w:r>
        <w:t xml:space="preserve">, neem het </w:t>
      </w:r>
      <w:proofErr w:type="spellStart"/>
      <w:r>
        <w:t>verhaal</w:t>
      </w:r>
      <w:proofErr w:type="spellEnd"/>
      <w:r>
        <w:t xml:space="preserve"> </w:t>
      </w:r>
      <w:proofErr w:type="spellStart"/>
      <w:r>
        <w:t>serieus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stel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</w:t>
      </w:r>
      <w:proofErr w:type="spellStart"/>
      <w:r>
        <w:t>sturende</w:t>
      </w:r>
      <w:proofErr w:type="spellEnd"/>
      <w:r>
        <w:t xml:space="preserve"> </w:t>
      </w:r>
      <w:proofErr w:type="spellStart"/>
      <w:r>
        <w:t>vragen</w:t>
      </w:r>
      <w:proofErr w:type="spellEnd"/>
      <w:r>
        <w:t xml:space="preserve">. </w:t>
      </w:r>
      <w:proofErr w:type="spellStart"/>
      <w:r>
        <w:t>Noteer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</w:t>
      </w:r>
      <w:proofErr w:type="spellStart"/>
      <w:r>
        <w:t>noodzakelijke</w:t>
      </w:r>
      <w:proofErr w:type="spellEnd"/>
      <w:r>
        <w:t xml:space="preserve"> </w:t>
      </w:r>
      <w:proofErr w:type="spellStart"/>
      <w:r>
        <w:t>feiten</w:t>
      </w:r>
      <w:proofErr w:type="spellEnd"/>
      <w:r>
        <w:t xml:space="preserve">, </w:t>
      </w:r>
      <w:proofErr w:type="spellStart"/>
      <w:r>
        <w:t>waarnemingen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zo </w:t>
      </w:r>
      <w:proofErr w:type="spellStart"/>
      <w:r>
        <w:t>mogelijk</w:t>
      </w:r>
      <w:proofErr w:type="spellEnd"/>
      <w:r>
        <w:t xml:space="preserve"> de eigen </w:t>
      </w:r>
      <w:proofErr w:type="spellStart"/>
      <w:r>
        <w:t>woorden</w:t>
      </w:r>
      <w:proofErr w:type="spellEnd"/>
      <w:r>
        <w:t xml:space="preserve"> van de melder. Doe </w:t>
      </w:r>
      <w:proofErr w:type="spellStart"/>
      <w:r>
        <w:t>geen</w:t>
      </w:r>
      <w:proofErr w:type="spellEnd"/>
      <w:r>
        <w:t xml:space="preserve"> eigen </w:t>
      </w:r>
      <w:proofErr w:type="spellStart"/>
      <w:r>
        <w:t>verhoor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confronteer</w:t>
      </w:r>
      <w:proofErr w:type="spellEnd"/>
      <w:r>
        <w:t xml:space="preserve"> de </w:t>
      </w:r>
      <w:proofErr w:type="spellStart"/>
      <w:r>
        <w:t>beschuldigde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op eigen </w:t>
      </w:r>
      <w:proofErr w:type="spellStart"/>
      <w:r>
        <w:t>initiatief</w:t>
      </w:r>
      <w:proofErr w:type="spellEnd"/>
      <w:r>
        <w:t>.</w:t>
      </w:r>
    </w:p>
    <w:p w14:paraId="787A24F0" w14:textId="77777777" w:rsidR="006911A6" w:rsidRDefault="00000000">
      <w:pPr>
        <w:pStyle w:val="Lijstopsomteken"/>
        <w:keepLines/>
      </w:pPr>
      <w:proofErr w:type="spellStart"/>
      <w:r>
        <w:t>Vraag</w:t>
      </w:r>
      <w:proofErr w:type="spellEnd"/>
      <w:r>
        <w:t xml:space="preserve"> </w:t>
      </w:r>
      <w:proofErr w:type="spellStart"/>
      <w:r>
        <w:t>advies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vertrouwenspersoon</w:t>
      </w:r>
      <w:proofErr w:type="spellEnd"/>
      <w:r>
        <w:t xml:space="preserve">. Vrijwilligers </w:t>
      </w:r>
      <w:proofErr w:type="spellStart"/>
      <w:r>
        <w:t>melden</w:t>
      </w:r>
      <w:proofErr w:type="spellEnd"/>
      <w:r>
        <w:t xml:space="preserve"> </w:t>
      </w:r>
      <w:proofErr w:type="spellStart"/>
      <w:r>
        <w:t>signalen</w:t>
      </w:r>
      <w:proofErr w:type="spellEnd"/>
      <w:r>
        <w:t xml:space="preserve"> die de </w:t>
      </w:r>
      <w:proofErr w:type="spellStart"/>
      <w:r>
        <w:t>veiligheid</w:t>
      </w:r>
      <w:proofErr w:type="spellEnd"/>
      <w:r>
        <w:t xml:space="preserve"> van </w:t>
      </w:r>
      <w:proofErr w:type="spellStart"/>
      <w:r>
        <w:t>deelnemers</w:t>
      </w:r>
      <w:proofErr w:type="spellEnd"/>
      <w:r>
        <w:t xml:space="preserve"> </w:t>
      </w:r>
      <w:proofErr w:type="spellStart"/>
      <w:r>
        <w:t>raken</w:t>
      </w:r>
      <w:proofErr w:type="spellEnd"/>
      <w:r>
        <w:t xml:space="preserve"> zo </w:t>
      </w:r>
      <w:proofErr w:type="spellStart"/>
      <w:r>
        <w:t>spoedig</w:t>
      </w:r>
      <w:proofErr w:type="spellEnd"/>
      <w:r>
        <w:t xml:space="preserve"> </w:t>
      </w:r>
      <w:proofErr w:type="spellStart"/>
      <w:r>
        <w:t>mogelijk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het </w:t>
      </w:r>
      <w:proofErr w:type="spellStart"/>
      <w:r>
        <w:t>bestuurlijk</w:t>
      </w:r>
      <w:proofErr w:type="spellEnd"/>
      <w:r>
        <w:t xml:space="preserve"> </w:t>
      </w:r>
      <w:proofErr w:type="spellStart"/>
      <w:r>
        <w:t>aanspreekpunt</w:t>
      </w:r>
      <w:proofErr w:type="spellEnd"/>
      <w:r>
        <w:t xml:space="preserve">. Bij </w:t>
      </w:r>
      <w:proofErr w:type="spellStart"/>
      <w:r>
        <w:t>betrokkenheid</w:t>
      </w:r>
      <w:proofErr w:type="spellEnd"/>
      <w:r>
        <w:t xml:space="preserve"> van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benaderen</w:t>
      </w:r>
      <w:proofErr w:type="spellEnd"/>
      <w:r>
        <w:t xml:space="preserve"> </w:t>
      </w:r>
      <w:proofErr w:type="spellStart"/>
      <w:r>
        <w:t>zij</w:t>
      </w:r>
      <w:proofErr w:type="spellEnd"/>
      <w:r>
        <w:t xml:space="preserve"> </w:t>
      </w:r>
      <w:proofErr w:type="spellStart"/>
      <w:r>
        <w:t>rechtstreeks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vertrouwenspersoon</w:t>
      </w:r>
      <w:proofErr w:type="spellEnd"/>
      <w:r>
        <w:t>.</w:t>
      </w:r>
    </w:p>
    <w:p w14:paraId="00E80DA4" w14:textId="77777777" w:rsidR="006911A6" w:rsidRDefault="00000000">
      <w:pPr>
        <w:pStyle w:val="Lijstopsomteken"/>
        <w:keepLines/>
      </w:pPr>
      <w:r>
        <w:t xml:space="preserve">Bij </w:t>
      </w:r>
      <w:proofErr w:type="spellStart"/>
      <w:r>
        <w:t>vermoedens</w:t>
      </w:r>
      <w:proofErr w:type="spellEnd"/>
      <w:r>
        <w:t xml:space="preserve"> van </w:t>
      </w:r>
      <w:proofErr w:type="spellStart"/>
      <w:r>
        <w:t>kindermishandeling</w:t>
      </w:r>
      <w:proofErr w:type="spellEnd"/>
      <w:r>
        <w:t xml:space="preserve"> of </w:t>
      </w:r>
      <w:proofErr w:type="spellStart"/>
      <w:r>
        <w:t>seksueel</w:t>
      </w:r>
      <w:proofErr w:type="spellEnd"/>
      <w:r>
        <w:t xml:space="preserve"> </w:t>
      </w:r>
      <w:proofErr w:type="spellStart"/>
      <w:r>
        <w:t>misbruik</w:t>
      </w:r>
      <w:proofErr w:type="spellEnd"/>
      <w:r>
        <w:t xml:space="preserve"> </w:t>
      </w:r>
      <w:proofErr w:type="spellStart"/>
      <w:r>
        <w:t>vraagt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zonder</w:t>
      </w:r>
      <w:proofErr w:type="spellEnd"/>
      <w:r>
        <w:t xml:space="preserve"> </w:t>
      </w:r>
      <w:proofErr w:type="spellStart"/>
      <w:r>
        <w:t>onnodig</w:t>
      </w:r>
      <w:proofErr w:type="spellEnd"/>
      <w:r>
        <w:t xml:space="preserve"> </w:t>
      </w:r>
      <w:proofErr w:type="spellStart"/>
      <w:r>
        <w:t>uitstel</w:t>
      </w:r>
      <w:proofErr w:type="spellEnd"/>
      <w:r>
        <w:t xml:space="preserve"> </w:t>
      </w:r>
      <w:proofErr w:type="spellStart"/>
      <w:r>
        <w:t>advies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Veilig</w:t>
      </w:r>
      <w:proofErr w:type="spellEnd"/>
      <w:r>
        <w:t xml:space="preserve"> </w:t>
      </w:r>
      <w:proofErr w:type="spellStart"/>
      <w:r>
        <w:t>Thuis</w:t>
      </w:r>
      <w:proofErr w:type="spellEnd"/>
      <w:r>
        <w:t xml:space="preserve"> of </w:t>
      </w:r>
      <w:proofErr w:type="spellStart"/>
      <w:r>
        <w:t>politie</w:t>
      </w:r>
      <w:proofErr w:type="spellEnd"/>
      <w:r>
        <w:t xml:space="preserve"> over </w:t>
      </w:r>
      <w:proofErr w:type="spellStart"/>
      <w:r>
        <w:t>bescherming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vervolgstappen</w:t>
      </w:r>
      <w:proofErr w:type="spellEnd"/>
      <w:r>
        <w:t xml:space="preserve">. De melder </w:t>
      </w:r>
      <w:proofErr w:type="spellStart"/>
      <w:r>
        <w:t>kan</w:t>
      </w:r>
      <w:proofErr w:type="spellEnd"/>
      <w:r>
        <w:t xml:space="preserve"> </w:t>
      </w:r>
      <w:proofErr w:type="spellStart"/>
      <w:r>
        <w:t>zelf</w:t>
      </w:r>
      <w:proofErr w:type="spellEnd"/>
      <w:r>
        <w:t xml:space="preserve"> </w:t>
      </w:r>
      <w:proofErr w:type="spellStart"/>
      <w:r>
        <w:t>eveneens</w:t>
      </w:r>
      <w:proofErr w:type="spellEnd"/>
      <w:r>
        <w:t xml:space="preserve"> extern </w:t>
      </w:r>
      <w:proofErr w:type="spellStart"/>
      <w:r>
        <w:t>advies</w:t>
      </w:r>
      <w:proofErr w:type="spellEnd"/>
      <w:r>
        <w:t xml:space="preserve"> </w:t>
      </w:r>
      <w:proofErr w:type="spellStart"/>
      <w:r>
        <w:t>vragen</w:t>
      </w:r>
      <w:proofErr w:type="spellEnd"/>
      <w:r>
        <w:t xml:space="preserve"> of </w:t>
      </w:r>
      <w:proofErr w:type="spellStart"/>
      <w:r>
        <w:t>aangifte</w:t>
      </w:r>
      <w:proofErr w:type="spellEnd"/>
      <w:r>
        <w:t xml:space="preserve"> </w:t>
      </w:r>
      <w:proofErr w:type="spellStart"/>
      <w:r>
        <w:t>doen</w:t>
      </w:r>
      <w:proofErr w:type="spellEnd"/>
      <w:r>
        <w:t>.</w:t>
      </w:r>
    </w:p>
    <w:p w14:paraId="61600932" w14:textId="77777777" w:rsidR="006911A6" w:rsidRDefault="00000000">
      <w:pPr>
        <w:pStyle w:val="Lijstopsomteken"/>
        <w:keepLines/>
      </w:pPr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treft</w:t>
      </w:r>
      <w:proofErr w:type="spellEnd"/>
      <w:r>
        <w:t xml:space="preserve"> zo </w:t>
      </w:r>
      <w:proofErr w:type="spellStart"/>
      <w:r>
        <w:t>nodig</w:t>
      </w:r>
      <w:proofErr w:type="spellEnd"/>
      <w:r>
        <w:t xml:space="preserve"> direct </w:t>
      </w:r>
      <w:proofErr w:type="spellStart"/>
      <w:r>
        <w:t>tijdelijke</w:t>
      </w:r>
      <w:proofErr w:type="spellEnd"/>
      <w:r>
        <w:t xml:space="preserve"> </w:t>
      </w:r>
      <w:proofErr w:type="spellStart"/>
      <w:r>
        <w:t>maatregelen</w:t>
      </w:r>
      <w:proofErr w:type="spellEnd"/>
      <w:r>
        <w:t xml:space="preserve">, </w:t>
      </w:r>
      <w:proofErr w:type="spellStart"/>
      <w:r>
        <w:t>zoals</w:t>
      </w:r>
      <w:proofErr w:type="spellEnd"/>
      <w:r>
        <w:t xml:space="preserve"> het </w:t>
      </w:r>
      <w:proofErr w:type="spellStart"/>
      <w:r>
        <w:t>stoppen</w:t>
      </w:r>
      <w:proofErr w:type="spellEnd"/>
      <w:r>
        <w:t xml:space="preserve"> van </w:t>
      </w:r>
      <w:proofErr w:type="spellStart"/>
      <w:r>
        <w:t>begeleiding</w:t>
      </w:r>
      <w:proofErr w:type="spellEnd"/>
      <w:r>
        <w:t xml:space="preserve"> of contact. Dit is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veiligheidsmaatregel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loopt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vooruit</w:t>
      </w:r>
      <w:proofErr w:type="spellEnd"/>
      <w:r>
        <w:t xml:space="preserve"> op </w:t>
      </w:r>
      <w:proofErr w:type="spellStart"/>
      <w:r>
        <w:t>schuld</w:t>
      </w:r>
      <w:proofErr w:type="spellEnd"/>
      <w:r>
        <w:t xml:space="preserve">.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passend</w:t>
      </w:r>
      <w:proofErr w:type="spellEnd"/>
      <w:r>
        <w:t xml:space="preserve"> </w:t>
      </w:r>
      <w:proofErr w:type="spellStart"/>
      <w:r>
        <w:t>geïnformeerd</w:t>
      </w:r>
      <w:proofErr w:type="spellEnd"/>
      <w:r>
        <w:t xml:space="preserve">, </w:t>
      </w:r>
      <w:proofErr w:type="spellStart"/>
      <w:r>
        <w:t>tenzij</w:t>
      </w:r>
      <w:proofErr w:type="spellEnd"/>
      <w:r>
        <w:t xml:space="preserve"> </w:t>
      </w:r>
      <w:proofErr w:type="spellStart"/>
      <w:r>
        <w:t>deskundig</w:t>
      </w:r>
      <w:proofErr w:type="spellEnd"/>
      <w:r>
        <w:t xml:space="preserve"> </w:t>
      </w:r>
      <w:proofErr w:type="spellStart"/>
      <w:r>
        <w:t>advies</w:t>
      </w:r>
      <w:proofErr w:type="spellEnd"/>
      <w:r>
        <w:t xml:space="preserve"> </w:t>
      </w:r>
      <w:proofErr w:type="spellStart"/>
      <w:r>
        <w:t>aangeeft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de </w:t>
      </w:r>
      <w:proofErr w:type="spellStart"/>
      <w:r>
        <w:t>veiligheid</w:t>
      </w:r>
      <w:proofErr w:type="spellEnd"/>
      <w:r>
        <w:t xml:space="preserve"> of </w:t>
      </w:r>
      <w:proofErr w:type="spellStart"/>
      <w:r>
        <w:t>een</w:t>
      </w:r>
      <w:proofErr w:type="spellEnd"/>
      <w:r>
        <w:t xml:space="preserve"> </w:t>
      </w:r>
      <w:proofErr w:type="spellStart"/>
      <w:r>
        <w:t>onderzoek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schaden</w:t>
      </w:r>
      <w:proofErr w:type="spellEnd"/>
      <w:r>
        <w:t>.</w:t>
      </w:r>
    </w:p>
    <w:p w14:paraId="3C4D9AFB" w14:textId="77777777" w:rsidR="006911A6" w:rsidRDefault="00000000">
      <w:pPr>
        <w:pStyle w:val="Kop1"/>
      </w:pPr>
      <w:proofErr w:type="spellStart"/>
      <w:r>
        <w:t>Afhandeling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borging</w:t>
      </w:r>
      <w:proofErr w:type="spellEnd"/>
    </w:p>
    <w:p w14:paraId="083F6FFF" w14:textId="77777777" w:rsidR="006911A6" w:rsidRDefault="00000000">
      <w:pPr>
        <w:pStyle w:val="Kop2"/>
      </w:pPr>
      <w:r>
        <w:t xml:space="preserve">14 </w:t>
      </w:r>
      <w:proofErr w:type="spellStart"/>
      <w:r>
        <w:t>Zorgvuldige</w:t>
      </w:r>
      <w:proofErr w:type="spellEnd"/>
      <w:r>
        <w:t xml:space="preserve"> </w:t>
      </w:r>
      <w:proofErr w:type="spellStart"/>
      <w:r>
        <w:t>afhandeling</w:t>
      </w:r>
      <w:proofErr w:type="spellEnd"/>
      <w:r>
        <w:t xml:space="preserve"> van </w:t>
      </w:r>
      <w:proofErr w:type="spellStart"/>
      <w:r>
        <w:t>klachten</w:t>
      </w:r>
      <w:proofErr w:type="spellEnd"/>
    </w:p>
    <w:p w14:paraId="04B830D4" w14:textId="77777777" w:rsidR="006911A6" w:rsidRDefault="00000000">
      <w:pPr>
        <w:keepLines/>
      </w:pPr>
      <w:r>
        <w:t xml:space="preserve">Een </w:t>
      </w:r>
      <w:proofErr w:type="spellStart"/>
      <w:r>
        <w:t>klacht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mondeling</w:t>
      </w:r>
      <w:proofErr w:type="spellEnd"/>
      <w:r>
        <w:t xml:space="preserve"> of </w:t>
      </w:r>
      <w:proofErr w:type="spellStart"/>
      <w:r>
        <w:t>schriftelijk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ingediend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het </w:t>
      </w:r>
      <w:proofErr w:type="spellStart"/>
      <w:r>
        <w:t>bestuurscontact</w:t>
      </w:r>
      <w:proofErr w:type="spellEnd"/>
      <w:r>
        <w:t xml:space="preserve">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bevestigt</w:t>
      </w:r>
      <w:proofErr w:type="spellEnd"/>
      <w:r>
        <w:t xml:space="preserve"> </w:t>
      </w:r>
      <w:proofErr w:type="spellStart"/>
      <w:r>
        <w:t>ontvangst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</w:t>
      </w:r>
      <w:proofErr w:type="spellStart"/>
      <w:r>
        <w:t>vijf</w:t>
      </w:r>
      <w:proofErr w:type="spellEnd"/>
      <w:r>
        <w:t xml:space="preserve"> </w:t>
      </w:r>
      <w:proofErr w:type="spellStart"/>
      <w:r>
        <w:t>werkdagen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geeft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</w:t>
      </w:r>
      <w:proofErr w:type="spellStart"/>
      <w:r>
        <w:t>tien</w:t>
      </w:r>
      <w:proofErr w:type="spellEnd"/>
      <w:r>
        <w:t xml:space="preserve"> </w:t>
      </w:r>
      <w:proofErr w:type="spellStart"/>
      <w:r>
        <w:t>werkdagen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 de </w:t>
      </w:r>
      <w:proofErr w:type="spellStart"/>
      <w:r>
        <w:t>zaak</w:t>
      </w:r>
      <w:proofErr w:type="spellEnd"/>
      <w:r>
        <w:t xml:space="preserve"> </w:t>
      </w:r>
      <w:proofErr w:type="spellStart"/>
      <w:r>
        <w:t>behandelt</w:t>
      </w:r>
      <w:proofErr w:type="spellEnd"/>
      <w:r>
        <w:t xml:space="preserve">, </w:t>
      </w:r>
      <w:proofErr w:type="spellStart"/>
      <w:r>
        <w:t>welke</w:t>
      </w:r>
      <w:proofErr w:type="spellEnd"/>
      <w:r>
        <w:t xml:space="preserve"> </w:t>
      </w:r>
      <w:proofErr w:type="spellStart"/>
      <w:r>
        <w:t>vervolgstappen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gezet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wanneer</w:t>
      </w:r>
      <w:proofErr w:type="spellEnd"/>
      <w:r>
        <w:t xml:space="preserve"> </w:t>
      </w:r>
      <w:proofErr w:type="spellStart"/>
      <w:r>
        <w:t>terugkoppeling</w:t>
      </w:r>
      <w:proofErr w:type="spellEnd"/>
      <w:r>
        <w:t xml:space="preserve"> </w:t>
      </w:r>
      <w:proofErr w:type="spellStart"/>
      <w:r>
        <w:t>volgt</w:t>
      </w:r>
      <w:proofErr w:type="spellEnd"/>
      <w:r>
        <w:t xml:space="preserve">. Acute </w:t>
      </w:r>
      <w:proofErr w:type="spellStart"/>
      <w:r>
        <w:t>veiligheidsmaatregelen</w:t>
      </w:r>
      <w:proofErr w:type="spellEnd"/>
      <w:r>
        <w:t xml:space="preserve"> </w:t>
      </w:r>
      <w:proofErr w:type="spellStart"/>
      <w:r>
        <w:t>wachten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op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termijnen</w:t>
      </w:r>
      <w:proofErr w:type="spellEnd"/>
      <w:r>
        <w:t>.</w:t>
      </w:r>
    </w:p>
    <w:p w14:paraId="2935E86B" w14:textId="77777777" w:rsidR="006911A6" w:rsidRDefault="00000000">
      <w:pPr>
        <w:keepLines/>
      </w:pPr>
      <w:r>
        <w:t xml:space="preserve">Een </w:t>
      </w:r>
      <w:proofErr w:type="spellStart"/>
      <w:r>
        <w:t>bestuurslid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persoonlijk</w:t>
      </w:r>
      <w:proofErr w:type="spellEnd"/>
      <w:r>
        <w:t xml:space="preserve"> </w:t>
      </w:r>
      <w:proofErr w:type="spellStart"/>
      <w:r>
        <w:t>belang</w:t>
      </w:r>
      <w:proofErr w:type="spellEnd"/>
      <w:r>
        <w:t xml:space="preserve"> of </w:t>
      </w:r>
      <w:proofErr w:type="spellStart"/>
      <w:r>
        <w:t>betrokkenheid</w:t>
      </w:r>
      <w:proofErr w:type="spellEnd"/>
      <w:r>
        <w:t xml:space="preserve"> </w:t>
      </w:r>
      <w:proofErr w:type="spellStart"/>
      <w:r>
        <w:t>behandelt</w:t>
      </w:r>
      <w:proofErr w:type="spellEnd"/>
      <w:r>
        <w:t xml:space="preserve"> de </w:t>
      </w:r>
      <w:proofErr w:type="spellStart"/>
      <w:r>
        <w:t>zaak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. Bij </w:t>
      </w:r>
      <w:proofErr w:type="spellStart"/>
      <w:r>
        <w:t>een</w:t>
      </w:r>
      <w:proofErr w:type="spellEnd"/>
      <w:r>
        <w:t xml:space="preserve"> </w:t>
      </w:r>
      <w:proofErr w:type="spellStart"/>
      <w:r>
        <w:t>klacht</w:t>
      </w:r>
      <w:proofErr w:type="spellEnd"/>
      <w:r>
        <w:t xml:space="preserve"> over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onafhankelijke</w:t>
      </w:r>
      <w:proofErr w:type="spellEnd"/>
      <w:r>
        <w:t xml:space="preserve"> </w:t>
      </w:r>
      <w:proofErr w:type="spellStart"/>
      <w:r>
        <w:t>behandelaar</w:t>
      </w:r>
      <w:proofErr w:type="spellEnd"/>
      <w:r>
        <w:t xml:space="preserve"> </w:t>
      </w:r>
      <w:proofErr w:type="spellStart"/>
      <w:r>
        <w:t>ingeschakeld</w:t>
      </w:r>
      <w:proofErr w:type="spellEnd"/>
      <w:r>
        <w:t xml:space="preserve"> met </w:t>
      </w:r>
      <w:proofErr w:type="spellStart"/>
      <w:r>
        <w:t>ondersteuning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vertrouwenspersoon</w:t>
      </w:r>
      <w:proofErr w:type="spellEnd"/>
      <w:r>
        <w:t xml:space="preserve">. Bij </w:t>
      </w:r>
      <w:proofErr w:type="spellStart"/>
      <w:r>
        <w:t>ernstige</w:t>
      </w:r>
      <w:proofErr w:type="spellEnd"/>
      <w:r>
        <w:t xml:space="preserve"> of </w:t>
      </w:r>
      <w:proofErr w:type="spellStart"/>
      <w:r>
        <w:t>complexe</w:t>
      </w:r>
      <w:proofErr w:type="spellEnd"/>
      <w:r>
        <w:t xml:space="preserve"> </w:t>
      </w:r>
      <w:proofErr w:type="spellStart"/>
      <w:r>
        <w:t>beschuldigingen</w:t>
      </w:r>
      <w:proofErr w:type="spellEnd"/>
      <w:r>
        <w:t xml:space="preserve"> </w:t>
      </w:r>
      <w:proofErr w:type="spellStart"/>
      <w:r>
        <w:t>vraagt</w:t>
      </w:r>
      <w:proofErr w:type="spellEnd"/>
      <w:r>
        <w:t xml:space="preserve">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professionele</w:t>
      </w:r>
      <w:proofErr w:type="spellEnd"/>
      <w:r>
        <w:t xml:space="preserve"> </w:t>
      </w:r>
      <w:proofErr w:type="spellStart"/>
      <w:r>
        <w:t>ondersteuning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stemt</w:t>
      </w:r>
      <w:proofErr w:type="spellEnd"/>
      <w:r>
        <w:t xml:space="preserve"> het </w:t>
      </w:r>
      <w:proofErr w:type="spellStart"/>
      <w:r>
        <w:t>af</w:t>
      </w:r>
      <w:proofErr w:type="spellEnd"/>
      <w:r>
        <w:t xml:space="preserve"> met </w:t>
      </w:r>
      <w:proofErr w:type="spellStart"/>
      <w:r>
        <w:t>eventuele</w:t>
      </w:r>
      <w:proofErr w:type="spellEnd"/>
      <w:r>
        <w:t xml:space="preserve"> externe </w:t>
      </w:r>
      <w:proofErr w:type="spellStart"/>
      <w:r>
        <w:t>instanties</w:t>
      </w:r>
      <w:proofErr w:type="spellEnd"/>
      <w:r>
        <w:t xml:space="preserve">, </w:t>
      </w:r>
      <w:proofErr w:type="spellStart"/>
      <w:r>
        <w:t>zodat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</w:t>
      </w:r>
      <w:proofErr w:type="spellStart"/>
      <w:r>
        <w:t>onderzoek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belemmerd</w:t>
      </w:r>
      <w:proofErr w:type="spellEnd"/>
      <w:r>
        <w:t>.</w:t>
      </w:r>
    </w:p>
    <w:p w14:paraId="14221B94" w14:textId="77777777" w:rsidR="006911A6" w:rsidRDefault="00000000">
      <w:pPr>
        <w:keepLines/>
      </w:pPr>
      <w:r>
        <w:t xml:space="preserve">De melder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beschuldigde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afzonderlijk</w:t>
      </w:r>
      <w:proofErr w:type="spellEnd"/>
      <w:r>
        <w:t xml:space="preserve"> </w:t>
      </w:r>
      <w:proofErr w:type="spellStart"/>
      <w:r>
        <w:t>gehoord</w:t>
      </w:r>
      <w:proofErr w:type="spellEnd"/>
      <w:r>
        <w:t xml:space="preserve">,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zover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verenigbaar</w:t>
      </w:r>
      <w:proofErr w:type="spellEnd"/>
      <w:r>
        <w:t xml:space="preserve"> is met </w:t>
      </w:r>
      <w:proofErr w:type="spellStart"/>
      <w:r>
        <w:t>veiligheid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eventueel</w:t>
      </w:r>
      <w:proofErr w:type="spellEnd"/>
      <w:r>
        <w:t xml:space="preserve"> extern </w:t>
      </w:r>
      <w:proofErr w:type="spellStart"/>
      <w:r>
        <w:t>onderzoek</w:t>
      </w:r>
      <w:proofErr w:type="spellEnd"/>
      <w:r>
        <w:t xml:space="preserve">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onderbouwt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beslissing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communiceert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betrokkenen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zover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. Bij </w:t>
      </w:r>
      <w:proofErr w:type="spellStart"/>
      <w:r>
        <w:t>vertraging</w:t>
      </w:r>
      <w:proofErr w:type="spellEnd"/>
      <w:r>
        <w:t xml:space="preserve"> </w:t>
      </w:r>
      <w:proofErr w:type="spellStart"/>
      <w:r>
        <w:t>krijgen</w:t>
      </w:r>
      <w:proofErr w:type="spellEnd"/>
      <w:r>
        <w:t xml:space="preserve"> </w:t>
      </w:r>
      <w:proofErr w:type="spellStart"/>
      <w:r>
        <w:t>betrokkenen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termijn</w:t>
      </w:r>
      <w:proofErr w:type="spellEnd"/>
      <w:r>
        <w:t xml:space="preserve">. Wie </w:t>
      </w:r>
      <w:proofErr w:type="spellStart"/>
      <w:r>
        <w:t>bezwaar</w:t>
      </w:r>
      <w:proofErr w:type="spellEnd"/>
      <w:r>
        <w:t xml:space="preserve"> </w:t>
      </w:r>
      <w:proofErr w:type="spellStart"/>
      <w:r>
        <w:t>heeft</w:t>
      </w:r>
      <w:proofErr w:type="spellEnd"/>
      <w:r>
        <w:t xml:space="preserve"> </w:t>
      </w:r>
      <w:proofErr w:type="spellStart"/>
      <w:r>
        <w:t>tegen</w:t>
      </w:r>
      <w:proofErr w:type="spellEnd"/>
      <w:r>
        <w:t xml:space="preserve"> de </w:t>
      </w:r>
      <w:proofErr w:type="spellStart"/>
      <w:r>
        <w:t>afhandeling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herbeoordeling</w:t>
      </w:r>
      <w:proofErr w:type="spellEnd"/>
      <w:r>
        <w:t xml:space="preserve"> door </w:t>
      </w:r>
      <w:proofErr w:type="spellStart"/>
      <w:r>
        <w:t>een</w:t>
      </w:r>
      <w:proofErr w:type="spellEnd"/>
      <w:r>
        <w:t xml:space="preserve"> </w:t>
      </w:r>
      <w:proofErr w:type="spellStart"/>
      <w:r>
        <w:t>onafhankelijke</w:t>
      </w:r>
      <w:proofErr w:type="spellEnd"/>
      <w:r>
        <w:t xml:space="preserve"> </w:t>
      </w:r>
      <w:proofErr w:type="spellStart"/>
      <w:r>
        <w:t>behandelaar</w:t>
      </w:r>
      <w:proofErr w:type="spellEnd"/>
      <w:r>
        <w:t xml:space="preserve"> </w:t>
      </w:r>
      <w:proofErr w:type="spellStart"/>
      <w:r>
        <w:t>vragen</w:t>
      </w:r>
      <w:proofErr w:type="spellEnd"/>
      <w:r>
        <w:t xml:space="preserve">. Externe </w:t>
      </w:r>
      <w:proofErr w:type="spellStart"/>
      <w:r>
        <w:t>hulp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aangifte</w:t>
      </w:r>
      <w:proofErr w:type="spellEnd"/>
      <w:r>
        <w:t xml:space="preserve"> </w:t>
      </w:r>
      <w:proofErr w:type="spellStart"/>
      <w:r>
        <w:t>blijven</w:t>
      </w:r>
      <w:proofErr w:type="spellEnd"/>
      <w:r>
        <w:t xml:space="preserve"> </w:t>
      </w:r>
      <w:proofErr w:type="spellStart"/>
      <w:r>
        <w:t>altijd</w:t>
      </w:r>
      <w:proofErr w:type="spellEnd"/>
      <w:r>
        <w:t xml:space="preserve"> </w:t>
      </w:r>
      <w:proofErr w:type="spellStart"/>
      <w:r>
        <w:t>mogelijk</w:t>
      </w:r>
      <w:proofErr w:type="spellEnd"/>
      <w:r>
        <w:t>.</w:t>
      </w:r>
    </w:p>
    <w:p w14:paraId="7B88B3E9" w14:textId="77777777" w:rsidR="006911A6" w:rsidRDefault="00000000">
      <w:pPr>
        <w:keepLines/>
      </w:pPr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organiseert</w:t>
      </w:r>
      <w:proofErr w:type="spellEnd"/>
      <w:r>
        <w:t xml:space="preserve"> </w:t>
      </w:r>
      <w:proofErr w:type="spellStart"/>
      <w:r>
        <w:t>passende</w:t>
      </w:r>
      <w:proofErr w:type="spellEnd"/>
      <w:r>
        <w:t xml:space="preserve"> </w:t>
      </w:r>
      <w:proofErr w:type="spellStart"/>
      <w:r>
        <w:t>nazorg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benadeelden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betrokkenen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voorkomt</w:t>
      </w:r>
      <w:proofErr w:type="spellEnd"/>
      <w:r>
        <w:t xml:space="preserve"> </w:t>
      </w:r>
      <w:proofErr w:type="spellStart"/>
      <w:r>
        <w:t>roddel</w:t>
      </w:r>
      <w:proofErr w:type="spellEnd"/>
      <w:r>
        <w:t xml:space="preserve"> of </w:t>
      </w:r>
      <w:proofErr w:type="spellStart"/>
      <w:r>
        <w:t>benadeling</w:t>
      </w:r>
      <w:proofErr w:type="spellEnd"/>
      <w:r>
        <w:t xml:space="preserve">. Een </w:t>
      </w:r>
      <w:proofErr w:type="spellStart"/>
      <w:r>
        <w:t>gesprek</w:t>
      </w:r>
      <w:proofErr w:type="spellEnd"/>
      <w:r>
        <w:t xml:space="preserve">, </w:t>
      </w:r>
      <w:proofErr w:type="spellStart"/>
      <w:r>
        <w:t>beperking</w:t>
      </w:r>
      <w:proofErr w:type="spellEnd"/>
      <w:r>
        <w:t xml:space="preserve"> van taken, </w:t>
      </w:r>
      <w:proofErr w:type="spellStart"/>
      <w:r>
        <w:t>schorsing</w:t>
      </w:r>
      <w:proofErr w:type="spellEnd"/>
      <w:r>
        <w:t xml:space="preserve"> of </w:t>
      </w:r>
      <w:proofErr w:type="spellStart"/>
      <w:r>
        <w:t>beëindiging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afgestemd</w:t>
      </w:r>
      <w:proofErr w:type="spellEnd"/>
      <w:r>
        <w:t xml:space="preserve"> op </w:t>
      </w:r>
      <w:proofErr w:type="spellStart"/>
      <w:r>
        <w:t>ernst</w:t>
      </w:r>
      <w:proofErr w:type="spellEnd"/>
      <w:r>
        <w:t xml:space="preserve">, </w:t>
      </w:r>
      <w:proofErr w:type="spellStart"/>
      <w:r>
        <w:t>risico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bevindingen</w:t>
      </w:r>
      <w:proofErr w:type="spellEnd"/>
      <w:r>
        <w:t xml:space="preserve">. </w:t>
      </w:r>
      <w:proofErr w:type="spellStart"/>
      <w:r>
        <w:t>Gedwongen</w:t>
      </w:r>
      <w:proofErr w:type="spellEnd"/>
      <w:r>
        <w:t xml:space="preserve"> </w:t>
      </w:r>
      <w:proofErr w:type="spellStart"/>
      <w:r>
        <w:t>verzoening</w:t>
      </w:r>
      <w:proofErr w:type="spellEnd"/>
      <w:r>
        <w:t xml:space="preserve"> of </w:t>
      </w:r>
      <w:proofErr w:type="spellStart"/>
      <w:r>
        <w:t>vergeving</w:t>
      </w:r>
      <w:proofErr w:type="spellEnd"/>
      <w:r>
        <w:t xml:space="preserve"> </w:t>
      </w:r>
      <w:proofErr w:type="spellStart"/>
      <w:r>
        <w:t>maakt</w:t>
      </w:r>
      <w:proofErr w:type="spellEnd"/>
      <w:r>
        <w:t xml:space="preserve"> </w:t>
      </w:r>
      <w:proofErr w:type="spellStart"/>
      <w:r>
        <w:t>geen</w:t>
      </w:r>
      <w:proofErr w:type="spellEnd"/>
      <w:r>
        <w:t xml:space="preserve"> </w:t>
      </w:r>
      <w:proofErr w:type="spellStart"/>
      <w:r>
        <w:t>deel</w:t>
      </w:r>
      <w:proofErr w:type="spellEnd"/>
      <w:r>
        <w:t xml:space="preserve"> </w:t>
      </w:r>
      <w:proofErr w:type="spellStart"/>
      <w:r>
        <w:t>uit</w:t>
      </w:r>
      <w:proofErr w:type="spellEnd"/>
      <w:r>
        <w:t xml:space="preserve"> van de </w:t>
      </w:r>
      <w:proofErr w:type="spellStart"/>
      <w:r>
        <w:t>afhandeling</w:t>
      </w:r>
      <w:proofErr w:type="spellEnd"/>
      <w:r>
        <w:t>.</w:t>
      </w:r>
    </w:p>
    <w:p w14:paraId="466AE5DC" w14:textId="77777777" w:rsidR="006911A6" w:rsidRDefault="00000000">
      <w:pPr>
        <w:pStyle w:val="Kop2"/>
      </w:pPr>
      <w:r>
        <w:t xml:space="preserve">15 Privacy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evaluatie</w:t>
      </w:r>
      <w:proofErr w:type="spellEnd"/>
    </w:p>
    <w:p w14:paraId="0E00F846" w14:textId="77777777" w:rsidR="006911A6" w:rsidRDefault="00000000">
      <w:pPr>
        <w:keepLines/>
      </w:pPr>
      <w:proofErr w:type="spellStart"/>
      <w:r>
        <w:t>Meldingen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afgeschermd</w:t>
      </w:r>
      <w:proofErr w:type="spellEnd"/>
      <w:r>
        <w:t xml:space="preserve"> </w:t>
      </w:r>
      <w:proofErr w:type="spellStart"/>
      <w:r>
        <w:t>bewaard</w:t>
      </w:r>
      <w:proofErr w:type="spellEnd"/>
      <w:r>
        <w:t xml:space="preserve">, </w:t>
      </w:r>
      <w:proofErr w:type="spellStart"/>
      <w:r>
        <w:t>gescheiden</w:t>
      </w:r>
      <w:proofErr w:type="spellEnd"/>
      <w:r>
        <w:t xml:space="preserve"> van de </w:t>
      </w:r>
      <w:proofErr w:type="spellStart"/>
      <w:r>
        <w:t>gewone</w:t>
      </w:r>
      <w:proofErr w:type="spellEnd"/>
      <w:r>
        <w:t xml:space="preserve"> </w:t>
      </w:r>
      <w:proofErr w:type="spellStart"/>
      <w:r>
        <w:t>vrijwilligersregistratie</w:t>
      </w:r>
      <w:proofErr w:type="spellEnd"/>
      <w:r>
        <w:t xml:space="preserve">. Alleen </w:t>
      </w:r>
      <w:proofErr w:type="spellStart"/>
      <w:r>
        <w:t>personen</w:t>
      </w:r>
      <w:proofErr w:type="spellEnd"/>
      <w:r>
        <w:t xml:space="preserve"> die de </w:t>
      </w:r>
      <w:proofErr w:type="spellStart"/>
      <w:r>
        <w:t>informatie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 </w:t>
      </w:r>
      <w:proofErr w:type="spellStart"/>
      <w:r>
        <w:t>hebben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krijgen</w:t>
      </w:r>
      <w:proofErr w:type="spellEnd"/>
      <w:r>
        <w:t xml:space="preserve"> </w:t>
      </w:r>
      <w:proofErr w:type="spellStart"/>
      <w:r>
        <w:t>toegang</w:t>
      </w:r>
      <w:proofErr w:type="spellEnd"/>
      <w:r>
        <w:t xml:space="preserve">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registreren</w:t>
      </w:r>
      <w:proofErr w:type="spellEnd"/>
      <w:r>
        <w:t xml:space="preserve"> </w:t>
      </w:r>
      <w:proofErr w:type="spellStart"/>
      <w:r>
        <w:t>feiten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genomen</w:t>
      </w:r>
      <w:proofErr w:type="spellEnd"/>
      <w:r>
        <w:t xml:space="preserve"> </w:t>
      </w:r>
      <w:proofErr w:type="spellStart"/>
      <w:r>
        <w:t>besluiten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beperken</w:t>
      </w:r>
      <w:proofErr w:type="spellEnd"/>
      <w:r>
        <w:t xml:space="preserve"> </w:t>
      </w:r>
      <w:proofErr w:type="spellStart"/>
      <w:r>
        <w:t>gegevens</w:t>
      </w:r>
      <w:proofErr w:type="spellEnd"/>
      <w:r>
        <w:t xml:space="preserve"> tot wat </w:t>
      </w:r>
      <w:proofErr w:type="spellStart"/>
      <w:r>
        <w:t>noodzakelijk</w:t>
      </w:r>
      <w:proofErr w:type="spellEnd"/>
      <w:r>
        <w:t xml:space="preserve"> is. Bij </w:t>
      </w:r>
      <w:proofErr w:type="spellStart"/>
      <w:r>
        <w:t>afsluiting</w:t>
      </w:r>
      <w:proofErr w:type="spellEnd"/>
      <w:r>
        <w:t xml:space="preserve"> </w:t>
      </w:r>
      <w:proofErr w:type="spellStart"/>
      <w:r>
        <w:t>bepalen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onderbouwen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bewaartermijn</w:t>
      </w:r>
      <w:proofErr w:type="spellEnd"/>
      <w:r>
        <w:t xml:space="preserve"> op basis van het </w:t>
      </w:r>
      <w:proofErr w:type="spellStart"/>
      <w:r>
        <w:t>doel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eventuele</w:t>
      </w:r>
      <w:proofErr w:type="spellEnd"/>
      <w:r>
        <w:t xml:space="preserve"> </w:t>
      </w:r>
      <w:proofErr w:type="spellStart"/>
      <w:r>
        <w:t>juridische</w:t>
      </w:r>
      <w:proofErr w:type="spellEnd"/>
      <w:r>
        <w:t xml:space="preserve"> </w:t>
      </w:r>
      <w:proofErr w:type="spellStart"/>
      <w:r>
        <w:t>verplichtingen</w:t>
      </w:r>
      <w:proofErr w:type="spellEnd"/>
      <w:r>
        <w:t xml:space="preserve">; </w:t>
      </w:r>
      <w:proofErr w:type="spellStart"/>
      <w:r>
        <w:t>jaarlijks</w:t>
      </w:r>
      <w:proofErr w:type="spellEnd"/>
      <w:r>
        <w:t xml:space="preserve"> </w:t>
      </w:r>
      <w:proofErr w:type="spellStart"/>
      <w:r>
        <w:t>controleren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of </w:t>
      </w:r>
      <w:proofErr w:type="spellStart"/>
      <w:r>
        <w:t>bewaren</w:t>
      </w:r>
      <w:proofErr w:type="spellEnd"/>
      <w:r>
        <w:t xml:space="preserve"> </w:t>
      </w:r>
      <w:proofErr w:type="spellStart"/>
      <w:r>
        <w:t>nog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 is.</w:t>
      </w:r>
    </w:p>
    <w:p w14:paraId="5641569E" w14:textId="77777777" w:rsidR="006911A6" w:rsidRDefault="00000000">
      <w:pPr>
        <w:keepLines/>
      </w:pPr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evalueert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beleid</w:t>
      </w:r>
      <w:proofErr w:type="spellEnd"/>
      <w:r>
        <w:t xml:space="preserve"> </w:t>
      </w:r>
      <w:proofErr w:type="spellStart"/>
      <w:r>
        <w:t>jaarlijks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ernstig</w:t>
      </w:r>
      <w:proofErr w:type="spellEnd"/>
      <w:r>
        <w:t xml:space="preserve"> incident. Het </w:t>
      </w:r>
      <w:proofErr w:type="spellStart"/>
      <w:r>
        <w:t>controleert</w:t>
      </w:r>
      <w:proofErr w:type="spellEnd"/>
      <w:r>
        <w:t xml:space="preserve"> VOG-</w:t>
      </w:r>
      <w:proofErr w:type="spellStart"/>
      <w:r>
        <w:t>herhaling</w:t>
      </w:r>
      <w:proofErr w:type="spellEnd"/>
      <w:r>
        <w:t xml:space="preserve">, </w:t>
      </w:r>
      <w:proofErr w:type="spellStart"/>
      <w:r>
        <w:t>ondertekening</w:t>
      </w:r>
      <w:proofErr w:type="spellEnd"/>
      <w:r>
        <w:t xml:space="preserve">, </w:t>
      </w:r>
      <w:proofErr w:type="spellStart"/>
      <w:r>
        <w:t>contactgegevens</w:t>
      </w:r>
      <w:proofErr w:type="spellEnd"/>
      <w:r>
        <w:t xml:space="preserve">, </w:t>
      </w:r>
      <w:proofErr w:type="spellStart"/>
      <w:r>
        <w:t>begeleiding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uitvoering</w:t>
      </w:r>
      <w:proofErr w:type="spellEnd"/>
      <w:r>
        <w:t xml:space="preserve"> van </w:t>
      </w:r>
      <w:proofErr w:type="spellStart"/>
      <w:r>
        <w:t>verbeterpunten</w:t>
      </w:r>
      <w:proofErr w:type="spellEnd"/>
      <w:r>
        <w:t xml:space="preserve">. De </w:t>
      </w:r>
      <w:proofErr w:type="spellStart"/>
      <w:r>
        <w:t>evaluatie</w:t>
      </w:r>
      <w:proofErr w:type="spellEnd"/>
      <w:r>
        <w:t xml:space="preserve"> </w:t>
      </w:r>
      <w:proofErr w:type="spellStart"/>
      <w:r>
        <w:t>gebruikt</w:t>
      </w:r>
      <w:proofErr w:type="spellEnd"/>
      <w:r>
        <w:t xml:space="preserve"> </w:t>
      </w:r>
      <w:proofErr w:type="spellStart"/>
      <w:r>
        <w:t>geanonimiseerde</w:t>
      </w:r>
      <w:proofErr w:type="spellEnd"/>
      <w:r>
        <w:t xml:space="preserve"> </w:t>
      </w:r>
      <w:proofErr w:type="spellStart"/>
      <w:r>
        <w:t>informatie</w:t>
      </w:r>
      <w:proofErr w:type="spellEnd"/>
      <w:r>
        <w:t xml:space="preserve">. </w:t>
      </w:r>
      <w:proofErr w:type="spellStart"/>
      <w:r>
        <w:t>Wij</w:t>
      </w:r>
      <w:proofErr w:type="spellEnd"/>
      <w:r>
        <w:t xml:space="preserve"> </w:t>
      </w:r>
      <w:proofErr w:type="spellStart"/>
      <w:r>
        <w:t>informeren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ouders</w:t>
      </w:r>
      <w:proofErr w:type="spellEnd"/>
      <w:r>
        <w:t xml:space="preserve"> over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wijzigingen</w:t>
      </w:r>
      <w:proofErr w:type="spellEnd"/>
      <w:r>
        <w:t>.</w:t>
      </w:r>
    </w:p>
    <w:p w14:paraId="23A4C64A" w14:textId="77777777" w:rsidR="006911A6" w:rsidRDefault="00000000">
      <w:pPr>
        <w:pStyle w:val="Kop2"/>
      </w:pPr>
      <w:r>
        <w:lastRenderedPageBreak/>
        <w:t xml:space="preserve">16 </w:t>
      </w:r>
      <w:proofErr w:type="spellStart"/>
      <w:r>
        <w:t>Bekendmaking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toepassing</w:t>
      </w:r>
      <w:proofErr w:type="spellEnd"/>
    </w:p>
    <w:p w14:paraId="0357C507" w14:textId="77777777" w:rsidR="006911A6" w:rsidRDefault="00000000">
      <w:pPr>
        <w:keepLines/>
      </w:pPr>
      <w:proofErr w:type="spellStart"/>
      <w:r>
        <w:t>Wij</w:t>
      </w:r>
      <w:proofErr w:type="spellEnd"/>
      <w:r>
        <w:t xml:space="preserve"> </w:t>
      </w:r>
      <w:proofErr w:type="spellStart"/>
      <w:r>
        <w:t>publiceren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beleid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afzonderlijke</w:t>
      </w:r>
      <w:proofErr w:type="spellEnd"/>
      <w:r>
        <w:t xml:space="preserve"> </w:t>
      </w:r>
      <w:proofErr w:type="spellStart"/>
      <w:r>
        <w:t>gedragscode</w:t>
      </w:r>
      <w:proofErr w:type="spellEnd"/>
      <w:r>
        <w:t xml:space="preserve"> op </w:t>
      </w:r>
      <w:proofErr w:type="spellStart"/>
      <w:r>
        <w:t>onze</w:t>
      </w:r>
      <w:proofErr w:type="spellEnd"/>
      <w:r>
        <w:t xml:space="preserve"> website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maken</w:t>
      </w:r>
      <w:proofErr w:type="spellEnd"/>
      <w:r>
        <w:t xml:space="preserve"> de </w:t>
      </w:r>
      <w:proofErr w:type="spellStart"/>
      <w:r>
        <w:t>vertrouwenspersonen</w:t>
      </w:r>
      <w:proofErr w:type="spellEnd"/>
      <w:r>
        <w:t xml:space="preserve"> </w:t>
      </w:r>
      <w:proofErr w:type="spellStart"/>
      <w:r>
        <w:t>bekend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,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deelnemers</w:t>
      </w:r>
      <w:proofErr w:type="spellEnd"/>
      <w:r>
        <w:t xml:space="preserve">. De </w:t>
      </w:r>
      <w:proofErr w:type="spellStart"/>
      <w:r>
        <w:t>contactgegevens</w:t>
      </w:r>
      <w:proofErr w:type="spellEnd"/>
      <w:r>
        <w:t xml:space="preserve"> </w:t>
      </w:r>
      <w:proofErr w:type="spellStart"/>
      <w:r>
        <w:t>hangen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spellStart"/>
      <w:r>
        <w:t>zichtbaar</w:t>
      </w:r>
      <w:proofErr w:type="spellEnd"/>
      <w:r>
        <w:t xml:space="preserve"> in het </w:t>
      </w:r>
      <w:proofErr w:type="spellStart"/>
      <w:r>
        <w:t>gebouw</w:t>
      </w:r>
      <w:proofErr w:type="spellEnd"/>
      <w:r>
        <w:t xml:space="preserve">. 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controleert</w:t>
      </w:r>
      <w:proofErr w:type="spellEnd"/>
      <w:r>
        <w:t xml:space="preserve"> ten </w:t>
      </w:r>
      <w:proofErr w:type="spellStart"/>
      <w:r>
        <w:t>minste</w:t>
      </w:r>
      <w:proofErr w:type="spellEnd"/>
      <w:r>
        <w:t xml:space="preserve"> </w:t>
      </w:r>
      <w:proofErr w:type="spellStart"/>
      <w:r>
        <w:t>jaarlijks</w:t>
      </w:r>
      <w:proofErr w:type="spellEnd"/>
      <w:r>
        <w:t xml:space="preserve"> of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gegevens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afspraken</w:t>
      </w:r>
      <w:proofErr w:type="spellEnd"/>
      <w:r>
        <w:t xml:space="preserve"> met de </w:t>
      </w:r>
      <w:proofErr w:type="spellStart"/>
      <w:r>
        <w:t>vertrouwenspersonen</w:t>
      </w:r>
      <w:proofErr w:type="spellEnd"/>
      <w:r>
        <w:t xml:space="preserve"> </w:t>
      </w:r>
      <w:proofErr w:type="spellStart"/>
      <w:r>
        <w:t>nog</w:t>
      </w:r>
      <w:proofErr w:type="spellEnd"/>
      <w:r>
        <w:t xml:space="preserve"> </w:t>
      </w:r>
      <w:proofErr w:type="spellStart"/>
      <w:r>
        <w:t>actueel</w:t>
      </w:r>
      <w:proofErr w:type="spellEnd"/>
      <w:r>
        <w:t xml:space="preserve"> </w:t>
      </w:r>
      <w:proofErr w:type="spellStart"/>
      <w:r>
        <w:t>zijn</w:t>
      </w:r>
      <w:proofErr w:type="spellEnd"/>
      <w:r>
        <w:t>.</w:t>
      </w:r>
    </w:p>
    <w:p w14:paraId="592E3D3D" w14:textId="77777777" w:rsidR="006911A6" w:rsidRDefault="00000000">
      <w:pPr>
        <w:keepLines/>
      </w:pPr>
      <w:r>
        <w:t xml:space="preserve">Het </w:t>
      </w:r>
      <w:proofErr w:type="spellStart"/>
      <w:r>
        <w:t>bestuur</w:t>
      </w:r>
      <w:proofErr w:type="spellEnd"/>
      <w:r>
        <w:t xml:space="preserve"> </w:t>
      </w:r>
      <w:proofErr w:type="spellStart"/>
      <w:r>
        <w:t>legt</w:t>
      </w:r>
      <w:proofErr w:type="spellEnd"/>
      <w:r>
        <w:t xml:space="preserve"> de </w:t>
      </w:r>
      <w:proofErr w:type="spellStart"/>
      <w:r>
        <w:t>vaststelling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wijzigingen</w:t>
      </w:r>
      <w:proofErr w:type="spellEnd"/>
      <w:r>
        <w:t xml:space="preserve"> vast in de </w:t>
      </w:r>
      <w:proofErr w:type="spellStart"/>
      <w:r>
        <w:t>bestuursnotulen</w:t>
      </w:r>
      <w:proofErr w:type="spellEnd"/>
      <w:r>
        <w:t xml:space="preserve">. Het </w:t>
      </w:r>
      <w:proofErr w:type="spellStart"/>
      <w:r>
        <w:t>zorgt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alle </w:t>
      </w:r>
      <w:proofErr w:type="spellStart"/>
      <w:r>
        <w:t>begeleiders</w:t>
      </w:r>
      <w:proofErr w:type="spellEnd"/>
      <w:r>
        <w:t xml:space="preserve"> de </w:t>
      </w:r>
      <w:proofErr w:type="spellStart"/>
      <w:r>
        <w:t>gedragscode</w:t>
      </w:r>
      <w:proofErr w:type="spellEnd"/>
      <w:r>
        <w:t xml:space="preserve"> </w:t>
      </w:r>
      <w:proofErr w:type="spellStart"/>
      <w:r>
        <w:t>bespreken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ondertekenen</w:t>
      </w:r>
      <w:proofErr w:type="spellEnd"/>
      <w:r>
        <w:t xml:space="preserve">, </w:t>
      </w:r>
      <w:proofErr w:type="spellStart"/>
      <w:r>
        <w:t>dat</w:t>
      </w:r>
      <w:proofErr w:type="spellEnd"/>
      <w:r>
        <w:t xml:space="preserve"> VOG’s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gecontroleerd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er </w:t>
      </w:r>
      <w:proofErr w:type="spellStart"/>
      <w:r>
        <w:t>voldoende</w:t>
      </w:r>
      <w:proofErr w:type="spellEnd"/>
      <w:r>
        <w:t xml:space="preserve"> </w:t>
      </w:r>
      <w:proofErr w:type="spellStart"/>
      <w:r>
        <w:t>veilige</w:t>
      </w:r>
      <w:proofErr w:type="spellEnd"/>
      <w:r>
        <w:t xml:space="preserve"> </w:t>
      </w:r>
      <w:proofErr w:type="spellStart"/>
      <w:r>
        <w:t>begeleiding</w:t>
      </w:r>
      <w:proofErr w:type="spellEnd"/>
      <w:r>
        <w:t xml:space="preserve"> is. Het </w:t>
      </w:r>
      <w:proofErr w:type="spellStart"/>
      <w:r>
        <w:t>benoemt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verantwoordelijke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vervanger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veiligheid</w:t>
      </w:r>
      <w:proofErr w:type="spellEnd"/>
      <w:r>
        <w:t xml:space="preserve">. </w:t>
      </w:r>
      <w:proofErr w:type="spellStart"/>
      <w:r>
        <w:t>Nieuwe</w:t>
      </w:r>
      <w:proofErr w:type="spellEnd"/>
      <w:r>
        <w:t xml:space="preserve"> </w:t>
      </w:r>
      <w:proofErr w:type="spellStart"/>
      <w:r>
        <w:t>versies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vrijwilligers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bekendgemaakt</w:t>
      </w:r>
      <w:proofErr w:type="spellEnd"/>
      <w:r>
        <w:t>.</w:t>
      </w:r>
    </w:p>
    <w:p w14:paraId="5DF020A1" w14:textId="77777777" w:rsidR="006911A6" w:rsidRDefault="00000000">
      <w:pPr>
        <w:pStyle w:val="Kop2"/>
      </w:pPr>
      <w:proofErr w:type="spellStart"/>
      <w:r>
        <w:t>Referenties</w:t>
      </w:r>
      <w:proofErr w:type="spellEnd"/>
    </w:p>
    <w:p w14:paraId="6020A7AA" w14:textId="77777777" w:rsidR="006911A6" w:rsidRDefault="00000000">
      <w:r>
        <w:rPr>
          <w:sz w:val="18"/>
        </w:rPr>
        <w:t xml:space="preserve">Dit </w:t>
      </w:r>
      <w:proofErr w:type="spellStart"/>
      <w:r>
        <w:rPr>
          <w:sz w:val="18"/>
        </w:rPr>
        <w:t>beleid</w:t>
      </w:r>
      <w:proofErr w:type="spellEnd"/>
      <w:r>
        <w:rPr>
          <w:sz w:val="18"/>
        </w:rPr>
        <w:t xml:space="preserve"> is </w:t>
      </w:r>
      <w:proofErr w:type="spellStart"/>
      <w:r>
        <w:rPr>
          <w:sz w:val="18"/>
        </w:rPr>
        <w:t>opgesteld</w:t>
      </w:r>
      <w:proofErr w:type="spellEnd"/>
      <w:r>
        <w:rPr>
          <w:sz w:val="18"/>
        </w:rPr>
        <w:t xml:space="preserve"> met </w:t>
      </w:r>
      <w:proofErr w:type="spellStart"/>
      <w:r>
        <w:rPr>
          <w:sz w:val="18"/>
        </w:rPr>
        <w:t>gebruik</w:t>
      </w:r>
      <w:proofErr w:type="spellEnd"/>
      <w:r>
        <w:rPr>
          <w:sz w:val="18"/>
        </w:rPr>
        <w:t xml:space="preserve"> van de </w:t>
      </w:r>
      <w:proofErr w:type="spellStart"/>
      <w:r>
        <w:rPr>
          <w:sz w:val="18"/>
        </w:rPr>
        <w:t>informatie</w:t>
      </w:r>
      <w:proofErr w:type="spellEnd"/>
      <w:r>
        <w:rPr>
          <w:sz w:val="18"/>
        </w:rPr>
        <w:t xml:space="preserve"> van Gratis VOG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VrijwilligerswerkNL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met de YMCA-</w:t>
      </w:r>
      <w:proofErr w:type="spellStart"/>
      <w:r>
        <w:rPr>
          <w:sz w:val="18"/>
        </w:rPr>
        <w:t>gedragscode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als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aanvullend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inhoudelijk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referentiepunt</w:t>
      </w:r>
      <w:proofErr w:type="spellEnd"/>
      <w:r>
        <w:rPr>
          <w:sz w:val="18"/>
        </w:rPr>
        <w:t xml:space="preserve">. De </w:t>
      </w:r>
      <w:proofErr w:type="spellStart"/>
      <w:r>
        <w:rPr>
          <w:sz w:val="18"/>
        </w:rPr>
        <w:t>praktische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normen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reactietermijnen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zijn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onze</w:t>
      </w:r>
      <w:proofErr w:type="spellEnd"/>
      <w:r>
        <w:rPr>
          <w:sz w:val="18"/>
        </w:rPr>
        <w:t xml:space="preserve"> eigen </w:t>
      </w:r>
      <w:proofErr w:type="spellStart"/>
      <w:r>
        <w:rPr>
          <w:sz w:val="18"/>
        </w:rPr>
        <w:t>organisatieafspraken</w:t>
      </w:r>
      <w:proofErr w:type="spellEnd"/>
      <w:r>
        <w:rPr>
          <w:sz w:val="18"/>
        </w:rPr>
        <w:t>. De YMCA-</w:t>
      </w:r>
      <w:proofErr w:type="spellStart"/>
      <w:r>
        <w:rPr>
          <w:sz w:val="18"/>
        </w:rPr>
        <w:t>verwijzing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betekent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niet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dat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landelijke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klachten</w:t>
      </w:r>
      <w:proofErr w:type="spellEnd"/>
      <w:r>
        <w:rPr>
          <w:sz w:val="18"/>
        </w:rPr>
        <w:t xml:space="preserve">- of </w:t>
      </w:r>
      <w:proofErr w:type="spellStart"/>
      <w:r>
        <w:rPr>
          <w:sz w:val="18"/>
        </w:rPr>
        <w:t>tuchtprocedure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automatisch</w:t>
      </w:r>
      <w:proofErr w:type="spellEnd"/>
      <w:r>
        <w:rPr>
          <w:sz w:val="18"/>
        </w:rPr>
        <w:t xml:space="preserve"> op de </w:t>
      </w:r>
      <w:proofErr w:type="spellStart"/>
      <w:r>
        <w:rPr>
          <w:sz w:val="18"/>
        </w:rPr>
        <w:t>stichting</w:t>
      </w:r>
      <w:proofErr w:type="spellEnd"/>
      <w:r>
        <w:rPr>
          <w:sz w:val="18"/>
        </w:rPr>
        <w:t xml:space="preserve"> van </w:t>
      </w:r>
      <w:proofErr w:type="spellStart"/>
      <w:r>
        <w:rPr>
          <w:sz w:val="18"/>
        </w:rPr>
        <w:t>toepassing</w:t>
      </w:r>
      <w:proofErr w:type="spellEnd"/>
      <w:r>
        <w:rPr>
          <w:sz w:val="18"/>
        </w:rPr>
        <w:t xml:space="preserve"> is.</w:t>
      </w:r>
    </w:p>
    <w:p w14:paraId="5FCD032A" w14:textId="77777777" w:rsidR="006911A6" w:rsidRDefault="006911A6">
      <w:hyperlink r:id="rId10">
        <w:r>
          <w:rPr>
            <w:color w:val="174B75"/>
          </w:rPr>
          <w:t xml:space="preserve">Gratis VOG – </w:t>
        </w:r>
        <w:proofErr w:type="spellStart"/>
        <w:r>
          <w:rPr>
            <w:color w:val="174B75"/>
          </w:rPr>
          <w:t>preventief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beleid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vrijwilligersorganisaties</w:t>
        </w:r>
        <w:proofErr w:type="spellEnd"/>
      </w:hyperlink>
    </w:p>
    <w:p w14:paraId="56FF5D5D" w14:textId="77777777" w:rsidR="006911A6" w:rsidRDefault="006911A6">
      <w:hyperlink r:id="rId11">
        <w:proofErr w:type="spellStart"/>
        <w:r>
          <w:rPr>
            <w:color w:val="174B75"/>
          </w:rPr>
          <w:t>VrijwilligerswerkNL</w:t>
        </w:r>
        <w:proofErr w:type="spellEnd"/>
        <w:r>
          <w:rPr>
            <w:color w:val="174B75"/>
          </w:rPr>
          <w:t xml:space="preserve"> – </w:t>
        </w:r>
        <w:proofErr w:type="spellStart"/>
        <w:r>
          <w:rPr>
            <w:color w:val="174B75"/>
          </w:rPr>
          <w:t>grensoverschrijdend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gedrag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voorkomen</w:t>
        </w:r>
        <w:proofErr w:type="spellEnd"/>
      </w:hyperlink>
    </w:p>
    <w:p w14:paraId="1DADA356" w14:textId="77777777" w:rsidR="006911A6" w:rsidRDefault="006911A6">
      <w:hyperlink r:id="rId12">
        <w:r>
          <w:rPr>
            <w:color w:val="174B75"/>
          </w:rPr>
          <w:t xml:space="preserve">YMCA Nederland – </w:t>
        </w:r>
        <w:proofErr w:type="spellStart"/>
        <w:r>
          <w:rPr>
            <w:color w:val="174B75"/>
          </w:rPr>
          <w:t>gedragscode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en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overige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documenten</w:t>
        </w:r>
        <w:proofErr w:type="spellEnd"/>
      </w:hyperlink>
    </w:p>
    <w:p w14:paraId="295FD8F5" w14:textId="77777777" w:rsidR="006911A6" w:rsidRDefault="006911A6">
      <w:hyperlink r:id="rId13">
        <w:proofErr w:type="spellStart"/>
        <w:r>
          <w:rPr>
            <w:color w:val="174B75"/>
          </w:rPr>
          <w:t>Protestantse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Gemeente</w:t>
        </w:r>
        <w:proofErr w:type="spellEnd"/>
        <w:r>
          <w:rPr>
            <w:color w:val="174B75"/>
          </w:rPr>
          <w:t xml:space="preserve"> </w:t>
        </w:r>
        <w:proofErr w:type="spellStart"/>
        <w:r>
          <w:rPr>
            <w:color w:val="174B75"/>
          </w:rPr>
          <w:t>Vijfhuizen</w:t>
        </w:r>
        <w:proofErr w:type="spellEnd"/>
        <w:r>
          <w:rPr>
            <w:color w:val="174B75"/>
          </w:rPr>
          <w:t xml:space="preserve"> – </w:t>
        </w:r>
        <w:proofErr w:type="spellStart"/>
        <w:r>
          <w:rPr>
            <w:color w:val="174B75"/>
          </w:rPr>
          <w:t>vertrouwenspersonen</w:t>
        </w:r>
        <w:proofErr w:type="spellEnd"/>
      </w:hyperlink>
    </w:p>
    <w:sectPr w:rsidR="006911A6" w:rsidSect="00034616">
      <w:headerReference w:type="default" r:id="rId14"/>
      <w:footerReference w:type="default" r:id="rId15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1EA7A" w14:textId="77777777" w:rsidR="00BA18DB" w:rsidRDefault="00BA18DB">
      <w:pPr>
        <w:spacing w:after="0" w:line="240" w:lineRule="auto"/>
      </w:pPr>
      <w:r>
        <w:separator/>
      </w:r>
    </w:p>
  </w:endnote>
  <w:endnote w:type="continuationSeparator" w:id="0">
    <w:p w14:paraId="19154F06" w14:textId="77777777" w:rsidR="00BA18DB" w:rsidRDefault="00BA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CA6D" w14:textId="77777777" w:rsidR="006911A6" w:rsidRDefault="00000000">
    <w:r>
      <w:t xml:space="preserve">De Oude Stal | </w:t>
    </w:r>
    <w:proofErr w:type="spellStart"/>
    <w:r>
      <w:t>Preventiebeleid</w:t>
    </w:r>
    <w:proofErr w:type="spellEnd"/>
    <w:r>
      <w:t xml:space="preserve"> | Versie 1.1 | </w:t>
    </w:r>
    <w:r>
      <w:fldChar w:fldCharType="begin"/>
    </w:r>
    <w:r>
      <w:instrText>PAGE</w:instrText>
    </w:r>
    <w:r>
      <w:fldChar w:fldCharType="separate"/>
    </w:r>
    <w:r w:rsidR="00923A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35C34" w14:textId="77777777" w:rsidR="00BA18DB" w:rsidRDefault="00BA18DB">
      <w:pPr>
        <w:spacing w:after="0" w:line="240" w:lineRule="auto"/>
      </w:pPr>
      <w:r>
        <w:separator/>
      </w:r>
    </w:p>
  </w:footnote>
  <w:footnote w:type="continuationSeparator" w:id="0">
    <w:p w14:paraId="397A8FC1" w14:textId="77777777" w:rsidR="00BA18DB" w:rsidRDefault="00BA1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8FB8" w14:textId="4CB0B35A" w:rsidR="00923A72" w:rsidRPr="00923A72" w:rsidRDefault="00923A72" w:rsidP="00923A72">
    <w:pPr>
      <w:pStyle w:val="Koptekst"/>
      <w:jc w:val="right"/>
    </w:pPr>
    <w:r>
      <w:rPr>
        <w:noProof/>
      </w:rPr>
      <w:drawing>
        <wp:inline distT="0" distB="0" distL="0" distR="0" wp14:anchorId="69246103" wp14:editId="64EFAB66">
          <wp:extent cx="3890896" cy="525797"/>
          <wp:effectExtent l="0" t="0" r="0" b="7620"/>
          <wp:docPr id="59346480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3780" cy="530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8584927">
    <w:abstractNumId w:val="8"/>
  </w:num>
  <w:num w:numId="2" w16cid:durableId="1528132374">
    <w:abstractNumId w:val="6"/>
  </w:num>
  <w:num w:numId="3" w16cid:durableId="1778522214">
    <w:abstractNumId w:val="5"/>
  </w:num>
  <w:num w:numId="4" w16cid:durableId="678002343">
    <w:abstractNumId w:val="4"/>
  </w:num>
  <w:num w:numId="5" w16cid:durableId="1146629811">
    <w:abstractNumId w:val="7"/>
  </w:num>
  <w:num w:numId="6" w16cid:durableId="132451324">
    <w:abstractNumId w:val="3"/>
  </w:num>
  <w:num w:numId="7" w16cid:durableId="119036484">
    <w:abstractNumId w:val="2"/>
  </w:num>
  <w:num w:numId="8" w16cid:durableId="1998343023">
    <w:abstractNumId w:val="1"/>
  </w:num>
  <w:num w:numId="9" w16cid:durableId="38457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A23"/>
    <w:rsid w:val="0029639D"/>
    <w:rsid w:val="002F1686"/>
    <w:rsid w:val="00326F90"/>
    <w:rsid w:val="006911A6"/>
    <w:rsid w:val="00923A72"/>
    <w:rsid w:val="009C51BC"/>
    <w:rsid w:val="00A852FD"/>
    <w:rsid w:val="00AA1D8D"/>
    <w:rsid w:val="00B47730"/>
    <w:rsid w:val="00BA18DB"/>
    <w:rsid w:val="00C502CE"/>
    <w:rsid w:val="00CB0664"/>
    <w:rsid w:val="00CB32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D1EA06"/>
  <w14:defaultImageDpi w14:val="300"/>
  <w15:docId w15:val="{DB7AE393-87E0-48EB-81F3-B0BEB717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20" w:line="250" w:lineRule="auto"/>
    </w:pPr>
    <w:rPr>
      <w:rFonts w:ascii="Calibri" w:hAnsi="Calibri"/>
      <w:color w:val="000000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knvijfhuizen.nl/vertrouwenspersoon" TargetMode="External"/><Relationship Id="rId13" Type="http://schemas.openxmlformats.org/officeDocument/2006/relationships/hyperlink" Target="https://www.pknvijfhuizen.nl/vertrouwensperso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mca.nl/documenten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rijwilligerswerk.nl/kennis/sociale-veiligheid/sv-voorkomen/default.asp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ratisvog.nl/opzetten-preventiebeleid/preventiebeleid-vrijwilligersorganisat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knvijfhuizen.nl/vertrouwensperso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2568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M.C. Schoorl</dc:creator>
  <cp:keywords/>
  <dc:description>generated by python-docx</dc:description>
  <cp:lastModifiedBy>Marco Schoorl</cp:lastModifiedBy>
  <cp:revision>5</cp:revision>
  <dcterms:created xsi:type="dcterms:W3CDTF">2026-10-04T17:12:00Z</dcterms:created>
  <dcterms:modified xsi:type="dcterms:W3CDTF">2026-10-15T20:07:00Z</dcterms:modified>
  <cp:category/>
</cp:coreProperties>
</file>